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44Sd/80/2015 z 2. 10. 2016</w:t>
      </w:r>
    </w:p>
    <w:p>
      <w:r>
        <w:t>Rozsudok Krajského súdu Trnava z 2. októbra 2016, sp. zn. 44Sd/80/2015, ECLI:SK:KSTT:2016:2015200864.2</w:t>
      </w:r>
    </w:p>
    <w:p>
      <w:r>
        <w:t>Súd: Krajský súd Trnava</w:t>
      </w:r>
    </w:p>
    <w:p>
      <w:r>
        <w:t>Spisová značka: 44Sd/80/2015</w:t>
      </w:r>
    </w:p>
    <w:p>
      <w:r>
        <w:t>ECLI: ECLI:SK:KSTT:2016:2015200864.2</w:t>
      </w:r>
    </w:p>
    <w:p>
      <w:r>
        <w:t>Dátum vydania: 2. 10. 2016</w:t>
      </w:r>
    </w:p>
    <w:p>
      <w:r>
        <w:t>Forma: Rozsudok</w:t>
      </w:r>
    </w:p>
    <w:p>
      <w:r>
        <w:t>Oblasť práva: Správne právo</w:t>
      </w:r>
    </w:p>
    <w:p>
      <w:pPr>
        <w:pStyle w:val="Heading2"/>
      </w:pPr>
      <w:r>
        <w:t>Text rozhodnutia</w:t>
      </w:r>
    </w:p>
    <w:p>
      <w:r>
        <w:t>Súd: Krajský súd Trnava Spisová značka: 44Sd/80/2015 Identifikačné číslo súdneho spisu: 2015200864 Dátum vydania rozhodnutia: 03. 10. 2016 Meno a priezvisko sudcu, VSÚ: JUDr. Pavol Laczo ECLI: ECLI:SK:KSTT:2016:2015200864.2 ROZSUDOK V MENE SLOVENSKEJ REPUBLIKY Krajský súd v Trnave v konaní pred sudcom JUDr. Pavlom Laczom v právnej veci navrhovateľky: E. K., nar. XX.XX.XXXX, bytom H. XXX/X, XXX XX I. proti odporkyni: Sociálna poisťovňa - ústredie, Ul. 29 augusta 8, 813 63 Bratislava, o preskúmanie zákonnosti rozhodnutia odporkyne zo dňa 09.10.2015 č. XXX XXX XXXXX takto r o z h o d o l : Krajský súd napadnuté rozhodnutie odporkyne Sociálnej poisťovne - ústredie Bratislava zo dňa 09.10.2015 č. XXX XXX XXXX X p o t v r d z u j e. Navrhovateľke súd nárok na náhradu trov konania n e p r i z n á v a. o d ô v o d n e n i e : 1. Napadnutým rozhodnutím odporkyne zo dňa 09.10.2015 č. XXX XXX XXXXX odporkyňa podľa § 70 a § 71 zákona č. 461/2003 Z.z. o sociálnom poistení v znení neskorších predpisov, zamietla žiadosť navrhovateľky o invalidný dôchodok zo dňa 25.9.2015. 2. Svoje rozhodnutie odporkyňa odôvodnila tým, že podľa posudku posudkového lekára sociálneho poistenia Sociálnej poisťovne pobočky Senica zo dňa 25.9.2015 nie je navrhovateľka invalidná, lebo pre dlhodobo nepriaznivý zdravotný stav nemá pokles schopnosti vykonávať zárobkovú činnosť viac ako 40% v porovnaní so zdravou fyzickou osobou. 3. Navrhovateľka podala dňa 16.11.2015 opravný prostriedok priamo na Krajský súd v Trnave, v ktorom namietala, že s rozhodnutím odporkyne nemôže súhlasiť, z lekárskeho vyšetrenia a posudku vyplýva, že pred tromi rokmi sa u nej objavili závrate, pocit zúženia zorného pola, tupá bolesť hlavy. Je v starostlivosti neurológa a v máji 2015 bola hospitalizovaná na neurologickom oddelení, kde bola vyšetrená aj psychológom. V rámci očného vyšetrenia zistili zúženie oboch zorných polí ľahšieho stupňa, avšak v odbornom posudku sa uvádza, že poruchy rovnováhy očný nález nevysvetľuje. Posudková komisia sa však vôbec nezaoberala a nezisťovala z akého dôvodu má poruchy rovnováhy, pretože tento stav sa neustále zhoršuje. Trpí bolesťami hlavy, má rozmazané videnie, žiada preto prehodnotiť zdravotný stav, urobiť ďalšie náležité vyšetrenia napr. na ušnom oddelení a pod.. 4. Z písomného vyjadrenia odporkyne zo dňa 1.3.2016 vyplýva, že zdravotný stav navrhovateľky bol posudzovaný viacerými posudkovými lekármi, ktorí zhodne zotrvali na pôvodnom posudku, že navrhovateľka nie je invalidná podľa § 71 ods. 1 zákona, lebo jej miera poklesu schopnosti vykonávať zárobkovú činnosť nie je vyššia ako 40 % v porovnaní so zdravou fyzickou osobou. 5. Krajský súd preskúmal napadnuté rozhodnutie na pojednávaní konanom dňa 20.6.2016 a 3.10.2016 podľa § 244 ods. 1, 2 a 3 O.s.p., a § 250l ods. 1 a 2 O.s.p. a dospel k záveru, že napadnuté rozhodnutie odporkyne je správne. 6. Na pojednávaní konanom dňa 20.6.2016 navrhovateľka predložila súdu ďalšie lekárske správy, ktoré podľa jej názoru potvrdzujú zhoršenie jej zdravotného stavu. Z uvedeného dôvodu bolo pojednávanie odročené na deň 3.10.2016 za účelom znovu posúdenia zdravotného stavu navrhovateľky, s prihliadnutím na predložené lekárske správy. Na pojednávaní konanom dňa 3.10.2016 sa navrhovateľka k oboznámenej lekárskej správe zo dňa 7.7.2016 vyjadrila v tom zmysle, že s touto lekárskou správou nesúhlasí, pretože je potrebné, aby sa liečila, pretože nemôže fungovať v práci celých 8 hodín. 7. Poverená zástupkyňa odporkyne na pojednávaní uviedla, že žiada napadnuté rozhodnutie ako vecne správne potvrdiť, pretože navrhovateľka nesplnila zákonnú podmienku pre uznanie invalidity, ktorou je miera poklesu schopnosti vykonávať zárobkovú činnosť viac ako 40% v porovnaní so zdravou fyzickou osobou. 8.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č.461/2003 Z.z. o sociálnom poistení v znení neskorších predpisov (1) Poistenec je invalidný, ak pre dlhodobo nepriaznivý zdravotný stav má pokles schopnosti vykonávať zárobkovú činnosť o viac ako 40% v porovnaní so zdravou fyzickou osobou. Podľa § 71 ods. 4 zákona č.461/2003 Z.z. o sociálnom poistení v znení neskorších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8 zákona č.461/2003 Z.z. o sociálnom poistení v znení neskorších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Z predloženého spisového materiálu krajský súd zistil, že na základe posudku posudkového lekára Sociálnej poisťovne pobočka Senica zo dňa 25.9.2015, ktorý bol vypracovaný na základe žiadosti navrhovateľky o invalidný dôchodok, bolo konštatované, že navrhovateľka má pokles schopnosti vykonávať zárobkovú činnosť len 35% v porovnaní so zdravou fyzickou osobou, keď za rozhodujúce zdravotné postihnutie bolo určené duševné poruchy, choroby a poruchy správania pod položkou 1 - organické duševné poruchy písm. a), kapitola V, stredne ťažké formy, s mierou poklesu schopnosti 30% a pre iné zdravotné postihnutie bola zvýšená táto miera poklesu o 5 %. Na základe opravného prostriedku navrhovateľky bola zdravotný stav navrhovateľky posudzovaný aj ďalšími posudkovými lekármi a to dňa 8.1.2016, 24.2.2016 a 7.7.2016, kde posudkoví lekári zotrvali zhodne na záveroch posudku, ktorý bol podkladom pre vypracovanie napadnutého rozhodnutia, pričom konštatovali, že navrhovateľka nedoložila novšie nálezy, z ktorých by bolo zrejmé, že jej zdravotný stav odôvodňuje vznik invalidity. 10. Krajský súd rovnako ako posudkoví lekári musí konštatovať, že navrhovateľka nepreukázala, že by posudkoví lekári nezhodnotili všetky jej zdravotné postihnutia, ktoré by mohli mať vplyv na určenie výšky miery poklesu schopnosti vykonávať zárobkovú činnosť, ktorá je jedným z rozhodujúcich ukazovateľov resp. činiteľov pre určenie výšky invalidného dôchodku resp. pre určenie či osoba je invalidná resp. invalidná nie je. 11. Krajský súd konštatuje, že odporkyňa pri rozhodovaní o žiadosti navrhovateľky postupovala v súlade so zákonom. 12. Vzhľadom na vyššie uvedené skutočnosti súd rozhodol tak ako je uvedené vo výrokovej časti tohto rozsudku. 13. O náhrade trov konania rozhodol krajský súd v súlade s ustanovením § 250k ods. 1 O.s.p., keď procesne neúspešnej navrhovateľke právo na náhradu trov konania nepriznal.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https://www.kauzis.sk/judikatura/r/ECLI:SK:KSTT:2016:2015200864.2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