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43Sp/42/2015 z 5. 6. 2016</w:t>
      </w:r>
    </w:p>
    <w:p>
      <w:r>
        <w:t>Rozsudok Krajského súdu Trnava z 5. júna 2016, sp. zn. 43Sp/42/2015, ECLI:SK:KSTT:2016:2015200868.1</w:t>
      </w:r>
    </w:p>
    <w:p>
      <w:r>
        <w:t>Súd: Krajský súd Trnava</w:t>
      </w:r>
    </w:p>
    <w:p>
      <w:r>
        <w:t>Spisová značka: 43Sp/42/2015</w:t>
      </w:r>
    </w:p>
    <w:p>
      <w:r>
        <w:t>ECLI: ECLI:SK:KSTT:2016:2015200868.1</w:t>
      </w:r>
    </w:p>
    <w:p>
      <w:r>
        <w:t>Dátum vydania: 5. 6. 2016</w:t>
      </w:r>
    </w:p>
    <w:p>
      <w:r>
        <w:t>Forma: Rozsudok</w:t>
      </w:r>
    </w:p>
    <w:p>
      <w:r>
        <w:t>Oblasť práva: Správne právo</w:t>
      </w:r>
    </w:p>
    <w:p>
      <w:pPr>
        <w:pStyle w:val="Heading2"/>
      </w:pPr>
      <w:r>
        <w:t>Text rozhodnutia</w:t>
      </w:r>
    </w:p>
    <w:p>
      <w:r>
        <w:t>Súd: Krajský súd Trnava Spisová značka: 43Sp/42/2015 Identifikačné číslo súdneho spisu: 2015200868 Dátum vydania rozhodnutia: 06. 06. 2016 Meno a priezvisko sudcu, VSÚ: JUDr. Ľubomír Bundzel ECLI: ECLI:SK:KSTT:2016:2015200868.1 ROZSUDOK V MENE SLOVENSKEJ REPUBLIKY Krajský súd v Trnave samosudcom JUDr. Ľubomírom Bundzelom v právnej veci navrhovateľa: POHOTOVOSŤ, s.r.o., sídlom Pribinova 25, 811 09 Bratislava, IČO: 35 807 598, proti odporcovi: Okresný úrad Trnava, katastrálny odbor, Vajanského 2, 917 01 Trnava, za účasti: Z. B., nar. XX.X.XXXX, bytom M. XXX/XX, XXX XX M., o preskúmanie rozhodnutia odporcu č. V 6681/14-02 zo dňa 23.7.2015, t a k t o r o z h o d o l : Krajský súd napadnuté rozhodnutie odporcu Okresného úradu Trnava, katastrálneho odboru č. V 6681/14-02 zo dňa 23.7.2015 p o t v r d z u j e. Navrhovateľovi sa náhrada trov konania n e p r i z n á v a. Navrhovateľ je povinný zaplatiť súdny poplatok za podanie návrhu vo výške 35 eur na účet tunajšieho súdu do troch dní po právoplatnosti tohto rozsudku. Účastníkovi konania Z. B. súd nárok na náhradu trov konania nepriznáva. o d ô v o d n e n i e : Napadnutým rozhodnutím odporcu č. V 6681/14-02 zo dňa 23.7.2015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dňa 25.9.2013 je neplatná. Odporca v odôvodnení uviedol, že dohoda o splnomocnení je napísaná na vopred pripravenom tlačive s textom Dohody o splnomocnení s vopred predtlačeným názvom splnomocnenca, bolo dlžníkovi zjavne predložené mandatárom veriteľa, ako aj ostatné okolnosti uzavretia tejto dohody o splnomocnení (neprítomnosť druhej zmluvnej strany pri podpise na vopred vyhotovené tlačivo - dohody o splnomocnení ) nasvedčujú tomu, že dlžník ako splnomocniteľ nemal možnosť prejaviť slobodnú vôľu pri „výbere“ splnomocnenca, ktorý by mal hájiť jeho záujmy, ale podpísal dohodu o splnomocnení, ktorú mu predložil veriteľ na štandardnom formulári, pričom je dôvodné pochybovať o tom, či dlžník mal možnosť ovplyvniť jej obsah. Ďalej bolo v rozhodnutí konštatované, že samotná skutočnosť, že veriteľ, resp. jeho mandatár takýmto tlačivom disponoval a predložil ho dlžníkovi pri podpise zmluvy o úvere by naznačovala, že splnomocnenec (ProHelp - združenie občianskoprávnej pomoci) uskutočňuje a napĺňa záujmy záložného veriteľa a nie záložcu. Takéto splnomocnenie spôsobuje hrubú nerovnováhu v právach a povinnostiach v neprospech záložcu. Zastupovanie osobou, ktorej záujmy sú v rozpore so záujmami zastúpeného, sú v rozpore s § 22 ods. 2 Obč. zákonníka a právne úkony urobené takýmito osobami sú absolútne neplatné, bez ohľadu na skutočnosť, či o tom účastníci právneho úkonu vedeli. Nakoľko odporca dospel k záveru, že predmetná záložná zmluva je v dôsledku neplatnosti zastúpenia neplatná, návrh na vklad zamietol. Proti tomuto rozhodnutiu podal navrhovateľ opravný prostriedok, v ktorom žiadal napadnuté rozhodnutie zrušiť a vec vrátiť na ďalšie konanie.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 uzavrel dňa 25.9.2013 ako veriteľ zmluvu o úvere č. 209000141 s dlžníkom Z. B.. Dlžník sa zaviazal splácať veriteľovi požičanú sumu v pravidelných mesačných splátkach. Na zabezpečenie záväzku vyplývajúceho z poskytnutého úveru uzatvorila Z. B. ako záložca v zastúpení ProHelp - združenie občianskoprávnej pomoci s navrhovateľom zmluvu o zriadení záložného práva č. 497/2014-PTR zo dňa 7.10.2014, predmetom ktorej bolo zriadenie záložného práva k nehnuteľnostiam špecifikovaných v samotnej zmluve o zriadení záložného práva, ktorých je záložca, resp. zúčastnená osoba výlučným vlastníkom. Keďže predmetom záložného práva bola nehnuteľnosť, podal navrhovateľ návrh na vklad zmluvy o zriadení záložného práva do katastra nehnuteľností. Návrh podaný dňa 19.11.2014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25.9.2013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V danom prípade je taktiež dôvodné pochybovať aj o tom, či dlžník mal možnosť zvoliť si sám svojho zástupcu. Za záložcu záložnú zmluvu podpísal splnomocnenec ProHelp - združenie občianskoprávnej pomoci, v zastúpení W. V., predsedom združenia. Záložca podpísal dohodu o splnomocnení dňa 25.9.2013 a druhá strana ProHelp - združenie občianskoprávnej pomoci zastúpená predsedom združenia W. V., tiež dňa 25.9.2013, avšak táto bola predložená mandatárom veriteľa, z čoho vyplýva, že záložca udelil plnú moc zástupcovi, ktorého nepoznal resp. s ním neprišiel do kontaktu a naviac bez toho, aby Z. B. ako dlžníčka mohla ovplyvniť jej obsah.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trovách konania súd rozhodol podľa § 246c ods. 1 O.s.p. v spojení s ustanovením § 142 ods. 1 O.s.p. a v konaní v celom rozsahu úspešnej odporkyni náhradu trov konania nepriznal, pretože táto si ju neuplatnila a z obsahu spisu nevyplýva, že by jej nejaké trovy v súvislosti s konaním 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https://www.kauzis.sk/judikatura/r/ECLI:SK:KSTT:2016:2015200868.1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