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21Sd/57/2015 z 28. 9. 2016</w:t>
      </w:r>
    </w:p>
    <w:p>
      <w:r>
        <w:t>Uznesenie Krajského súdu Trnava z 28. septembra 2016, sp. zn. 21Sd/57/2015, ECLI:SK:KSTT:2016:2015200879.2</w:t>
      </w:r>
    </w:p>
    <w:p>
      <w:r>
        <w:t>Súd: Krajský súd Trnava</w:t>
      </w:r>
    </w:p>
    <w:p>
      <w:r>
        <w:t>Spisová značka: 21Sd/57/2015</w:t>
      </w:r>
    </w:p>
    <w:p>
      <w:r>
        <w:t>ECLI: ECLI:SK:KSTT:2016:2015200879.2</w:t>
      </w:r>
    </w:p>
    <w:p>
      <w:r>
        <w:t>Dátum vydania: 28. 9. 2016</w:t>
      </w:r>
    </w:p>
    <w:p>
      <w:r>
        <w:t>Forma: Uznesenie</w:t>
      </w:r>
    </w:p>
    <w:p>
      <w:pPr>
        <w:pStyle w:val="Heading2"/>
      </w:pPr>
      <w:r>
        <w:t>Text rozhodnutia</w:t>
      </w:r>
    </w:p>
    <w:p>
      <w:r>
        <w:t>Súd: Krajský súd Trnava Spisová značka: 21Sd/57/2015 Identifikačné číslo súdneho spisu: 2015200879 Dátum vydania rozhodnutia: 29. 09. 2016 Meno a priezvisko sudcu, VSÚ: JUDr. Božena Husárová ECLI: ECLI:SK:KSTT:2016:2015200879.2 Uznesenie Krajský súd v Trnave v právnej veci žalobcu: S. T., nar. XX.XX.XXXX, bytom A. H. XXXX/XX, W. P. proti žalovanému: Sociálna poisťovňa, ústredie, Ul. 29. augusta č. 8, Bratislava o preskúmanie zákonnosti rozhodnutia žalovanej č. XXX XXX XXXX X zo dňa 19.06.2015 takto r o z h o d o l : Súd konanie zastavuje. Žiaden z účastníkov nemá právo na náhradu trov konania. o d ô v o d n e n i e : 1. Žalobkyňa sa návrhom, ktorým je odvolanie ako opravný prostriedok podané proti rozhodnutiu žalovanej, domáhala preskúmanie rozhodnutia č. XXX XXX XXXX X zo dňa 19.06.2015, ktorým žalovaná zamietla jej žiadosť o invalidný dôchodok podľa § 70 ods. 1 a § 71 ods.1 zák. č. 461/2003 Z.z. s poukazom na to, že podľa posudku posudkového lekára sociálneho poistenia pobočky Sociálnej poisťovne Senica zo dňa 27.05.2015 nie je invalidná, lebo pre dlhodobo nepriaznivý zdravotný stav nemá pokles schopnosti vykonávať zárobkovú činnosť o viac ako 40% v porovnaní so zdravou fyzickou osobou. V odvolaní žalobkyňa poukazovala na svoj zhoršujúci sa zdravotný stav. 2. Žalovaná vo vyjadrení k návrhu žiadala rozhodnutie ako vecne správne potvrdiť., pretože na základe podaného odvolania bol zdravotný stav žalobkyne opätovne posúdený posudkovým lekárom sociálneho poistenia Sociálnej poisťovne, ústredie Bratislava dňa 18.11.2015 a posudkovým lekárom sociálneho poistenia Sociálnej poisťovne, ústredie Bratislava dňa 29.06.2016. Posudkoví lekári zotrvali na pôvodnom posudku, podľa ktorého žalobkyňa nie je invalidná, lebo miera poklesu schopnosti vykonávať zárobkovú činnosť je 30% v porovnaní so zdravou fyzickou osobou. 3. Krajský súd preskúmal žalované rozhodnutie aj konanie, ktoré mu predchádzalo podľa tretej hlavy piatej časti O.s.p. s poukazom na ust. § 492 ods.1 Správneho súdneho poriadku (SSP) a vytýčil na prejednanie veci pojednávanie na deň 29.09.2016, na ktorom žalobkyňa uviedla, že nemá inú zdravotnú dokumentáciu ako tú, ktorú poskytla aj posudkovým lekárom, ktorí ale jej zdravotný stav a bolesti, ktorými trpí nevzali do úvahy. Za daného stavu uviedla, že odvolanie berie späť a súhlasila s tým, aby súd konanie o veci zastavil, čo potvrdila i podpisom v zápisnici z pojednávania Podľa § 63 Správneho súdneho poriadku Žalobca môže do vydania rozhodnutia správneho súdu vziať žalobu späť, a to sčasti alebo celkom. Ak je žaloba vzatá späť celkom, správny súd konanie zastaví. Ak je žaloba vzatá späť sčasti, správny súd konanie v tejto časti zastaví. O čiastočnom späťvzatí žaloby rozhodne správny súd v rozhodnutí vo veci samej. 5. Vzhľadom na prejav vôle žalobkyne spočívajúci v späťvzatí návrhu, ktorým bolo odvolanie, správny súd postupoval podľa § 63 SSP a konanie zastavil. O trovách konania súd rozhodol podľa § 170 písm.b/ SSP. Poučenie: Proti tomuto rozhodnutiu je možné podať odvolanie v lehote 15 dní odo dňa doručenia prostredníctvom tohto súdu na Najvyšší súd SR.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https://www.kauzis.sk/judikatura/r/ECLI:SK:KSTT:2016:2015200879.2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