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43Sd/84/2015 z 25. 1. 2016</w:t>
      </w:r>
    </w:p>
    <w:p>
      <w:r>
        <w:t>Uznesenie Krajského súdu Trnava z 25. januára 2016, sp. zn. 43Sd/84/2015, ECLI:SK:KSTT:2016:2015200898.1</w:t>
      </w:r>
    </w:p>
    <w:p>
      <w:r>
        <w:t>Súd: Krajský súd Trnava</w:t>
      </w:r>
    </w:p>
    <w:p>
      <w:r>
        <w:t>Spisová značka: 43Sd/84/2015</w:t>
      </w:r>
    </w:p>
    <w:p>
      <w:r>
        <w:t>ECLI: ECLI:SK:KSTT:2016:2015200898.1</w:t>
      </w:r>
    </w:p>
    <w:p>
      <w:r>
        <w:t>Dátum vydania: 25. 1. 2016</w:t>
      </w:r>
    </w:p>
    <w:p>
      <w:r>
        <w:t>Forma: Uznesenie</w:t>
      </w:r>
    </w:p>
    <w:p>
      <w:pPr>
        <w:pStyle w:val="Heading2"/>
      </w:pPr>
      <w:r>
        <w:t>Text rozhodnutia</w:t>
      </w:r>
    </w:p>
    <w:p>
      <w:r>
        <w:t>Súd: Krajský súd Trnava Spisová značka: 43Sd/84/2015 Identifikačné číslo súdneho spisu: 2015200898 Dátum vydania rozhodnutia: 26. 01. 2016 Meno a priezvisko sudcu, VSÚ: JUDr. Ľubomír Bundzel ECLI: ECLI:SK:KSTT:2016:2015200898.1</w:t>
      </w:r>
    </w:p>
    <w:p>
      <w:r>
        <w:t>Uznesenie Krajský súd v Trnave v právnej veci navrhovateľa: Z. N., nar. XX.XX.XXXX, bytom I. XXX/X, XXX XX Z., proti odporkyni: Sociálna poisťovňa, ústredie, so sídlom Ul. 29. augusta č. 8, 813 63 Bratislava o preskúmanie rozhodnutia odporkyne t a k t o</w:t>
      </w:r>
    </w:p>
    <w:p>
      <w:r>
        <w:t>r o z h o d o l :</w:t>
      </w:r>
    </w:p>
    <w:p>
      <w:r>
        <w:t>Súd konanie z a s t a v u j e .</w:t>
      </w:r>
    </w:p>
    <w:p>
      <w:r>
        <w:t>Žiaden z účastníkov nemá právo na náhradu trov konania.</w:t>
      </w:r>
    </w:p>
    <w:p>
      <w:r>
        <w:t>o d ô v o d n e n i e :</w:t>
      </w:r>
    </w:p>
    <w:p>
      <w:r>
        <w:t>Navrhovateľ svojim návrhom doručeným odporkyni dňa 22.04.2015, žiadal o preskúmanie rozhodnutia odporkyne č. XXX XXX XXXX X zo dňa 09.03.2015, ktorým odporkyňa podľa § 73, § 112 ods. 4 a 6 a § 82 zákona č. 461/2003 Z. z. o sociálnom poistení v znení neskorších predpisov navrhovateľovi znížila sumu invalidného dôchodku od 16.05.2015 na 137,30 eur mesačne.</w:t>
      </w:r>
    </w:p>
    <w:p>
      <w:r>
        <w:t>Na základe opravného prostriedku navrhovateľa bol jeho zdravotný stav opakovane preskúmaný posudkovým lekárom sociálneho poistenia Sociálnej poisťovne, ústredie dňa 24.11.2015, so záverom, že navrhovateľ je invalidný podľa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navrhovateľa stanovená na 75%. Posudkový lekár tak zvýšil mieru poklesu schopnosti vykonávať zárobkovú činnosť z pôvodných 60% (lekárska správa zo dňa 17.02.2015) na 75%.</w:t>
      </w:r>
    </w:p>
    <w:p>
      <w:r>
        <w:t>Navrhovateľ po oboznámení sa s týmto záverom oznámil tunajšiemu súdu listom zo dňa 18.12.2015, doručeným súdu 23.12.2015, že vzhľadom na výsledok znovuposúdenia zdravotného stavu berie svoj opravný prostriedok späť a žiada konanie zastaviť.</w:t>
      </w:r>
    </w:p>
    <w:p>
      <w:r>
        <w:t>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w:t>
      </w:r>
    </w:p>
    <w:p>
      <w:r>
        <w:t>Podľa § 250l ods. 2 O.s.p. pokiaľ v tejto hlave nie je ustanovené inak, použije sa primerane ustanovenie druhej hlavy s výnimkou § 250a.</w:t>
      </w:r>
    </w:p>
    <w:p>
      <w:r>
        <w:t>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w:t>
      </w:r>
    </w:p>
    <w:p>
      <w:r>
        <w:t>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w:t>
      </w:r>
    </w:p>
    <w:p>
      <w:r>
        <w:t>Vzhľadom na prejav vôle navrhovateľa, spočívajúci v späťvzatí návrhu, súd postupoval podľa § 250d ods. 3 v spojení s § 250h ods. 2 O.s.p. a konanie zastavil.</w:t>
      </w:r>
    </w:p>
    <w:p>
      <w:r>
        <w:t>O náhrade trov konania súd rozhodol podľa § 250l ods. 1,2 O.s.p. v spojení s § 250h ods. 2 O.s.p. a § 146 ods. 1 písm. c) O.s.p. tak, že žiaden z účastníkov nemá právo na náhradu trov konania.</w:t>
      </w:r>
    </w:p>
    <w:p>
      <w:r>
        <w:t>Poučenie:</w:t>
      </w:r>
    </w:p>
    <w:p>
      <w:r>
        <w:t>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https://www.kauzis.sk/judikatura/r/ECLI:SK:KSTT:2016:2015200898.1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