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23Sd/50/2015 z 11. 1. 2016</w:t>
      </w:r>
    </w:p>
    <w:p>
      <w:r>
        <w:t>Uznesenie Krajského súdu Trnava z 11. januára 2016, sp. zn. 23Sd/50/2015, ECLI:SK:KSTT:2016:2015200904.1</w:t>
      </w:r>
    </w:p>
    <w:p>
      <w:r>
        <w:t>Súd: Krajský súd Trnava</w:t>
      </w:r>
    </w:p>
    <w:p>
      <w:r>
        <w:t>Spisová značka: 23Sd/50/2015</w:t>
      </w:r>
    </w:p>
    <w:p>
      <w:r>
        <w:t>ECLI: ECLI:SK:KSTT:2016:2015200904.1</w:t>
      </w:r>
    </w:p>
    <w:p>
      <w:r>
        <w:t>Dátum vydania: 11. 1. 2016</w:t>
      </w:r>
    </w:p>
    <w:p>
      <w:r>
        <w:t>Forma: Uznesenie</w:t>
      </w:r>
    </w:p>
    <w:p>
      <w:pPr>
        <w:pStyle w:val="Heading2"/>
      </w:pPr>
      <w:r>
        <w:t>Text rozhodnutia</w:t>
      </w:r>
    </w:p>
    <w:p>
      <w:r>
        <w:t>Súd: Krajský súd Trnava Spisová značka: 23Sd/50/2015 Identifikačné číslo súdneho spisu: 2015200904 Dátum vydania rozhodnutia: 12. 01. 2016 Meno a priezvisko sudcu, VSÚ: JUDr. Andrea Vyskočová ECLI: ECLI:SK:KSTT:2016:2015200904.1</w:t>
      </w:r>
    </w:p>
    <w:p>
      <w:r>
        <w:t>Uznesenie Krajský súd v Trnave v právnej veci navrhovateľky: C. K., nar. XX.XX.XXXX, bytom XXX XX J., E. G. č. XX, proti odporkyni: Sociálna poisťovňa - ústredie, ul. 29. augusta č. 8, 813 63 Bratislava, o návrhu na preskúmanie rozhodnutia odporkyne č. XXX XXX XXXX X. zo dňa 17.10.2015, takto</w:t>
      </w:r>
    </w:p>
    <w:p>
      <w:r>
        <w:t>r o z h o d o l :</w:t>
      </w:r>
    </w:p>
    <w:p>
      <w:r>
        <w:t>I. Súd konanie z a s t a v u j e .</w:t>
      </w:r>
    </w:p>
    <w:p>
      <w:r>
        <w:t>II. Žiaden z účastníkov nemá právo na náhradu trov konania.</w:t>
      </w:r>
    </w:p>
    <w:p>
      <w:r>
        <w:t>o d ô v o d n e n i e :</w:t>
      </w:r>
    </w:p>
    <w:p>
      <w:r>
        <w:t>Navrhovateľka návrhom doručeným odporkyni dňa 11.11.2015 žiadala preskúmanie rozhodnutia odporkyne č. XXX XXX XXXX X zo dňa 17.10.2015, ktorým odporkyňa rozhodla podľa § 82b zákona č. 461/2003 Z.z. o sociálnom poistení v znení neskorších predpisov tak, že navrhovateľke zvýšila od 01.07.2015 starobný dôchodok na sumu 322,90 eur mesačne.</w:t>
      </w:r>
    </w:p>
    <w:p>
      <w:r>
        <w:t>Navrhovateľka podaním doručeným súdu dňa 11.12.2015 zobrala návrh o preskúmanie rozhodnutia odporkyne zo dňa 17.10.2015 späť a žiadala konanie o preskúmanie rozhodnutia odporkyne na krajskom súde zastaviť.</w:t>
      </w:r>
    </w:p>
    <w:p>
      <w:r>
        <w:t>Podľa § 250l ods. 2 Občianskeho súdneho poriadku (ďalej len O.s.p.) pokiaľ v tejto hlave nie je ustanovené inak, použije sa primerane ustanovenie druhej hlavy s výnimkou § 250a.</w:t>
      </w:r>
    </w:p>
    <w:p>
      <w:r>
        <w:t>Podľa § 250h ods. 2 O.s.p., až do rozhodnutia súdu môže žalobca (navrhovateľ) vziať žalobu späť; ak žalovanému medzitým vzniknú trovy konania, súd rozhodne o ich náhrade.</w:t>
      </w:r>
    </w:p>
    <w:p>
      <w:r>
        <w:t>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w:t>
      </w:r>
    </w:p>
    <w:p>
      <w:r>
        <w:t>Krajský súd v Trnave prejednal vec bez nariadenia pojednávania (podľa § 244 ods. 1,2 O.s.p. a § 250l O.s.p.) a zistil, že sú splnené podmienky na zastavenie konania o preskúmanie napadnutého rozhodnutia odporkyne.</w:t>
      </w:r>
    </w:p>
    <w:p>
      <w:r>
        <w:t>Súd vzhľadom na uvedené skutočnosti v súlade s § 250d ods. 3 v spojení s § 250h ods. 2 O.s.p. konanie zastavil a rozhodol tak, ako je uvedené vo výroku I. tohto rozhodnutia.</w:t>
      </w:r>
    </w:p>
    <w:p>
      <w:r>
        <w:t>Súd rozhodol o náhrade trov konania podľa § 250l ods. 1,2 O.s.p. v spojení s § 250h ods. 2 O.s.p. a § 146 ods. 1 písm. c) O.s.p. tak, ako je uvedené vo výroku II. tohto rozhodnutia.</w:t>
      </w:r>
    </w:p>
    <w:p>
      <w:r>
        <w:t>Poučenie:</w:t>
      </w:r>
    </w:p>
    <w:p>
      <w:r>
        <w:t>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https://www.kauzis.sk/judikatura/r/ECLI:SK:KSTT:2016:2015200904.1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