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14S/179/2015 z 13. 3. 2016</w:t>
      </w:r>
    </w:p>
    <w:p>
      <w:r>
        <w:t>Opravné uznesenie Krajského súdu Trnava z 13. marca 2016, sp. zn. 14S/179/2015, ECLI:SK:KSTT:2016:2015200943.3</w:t>
      </w:r>
    </w:p>
    <w:p>
      <w:r>
        <w:t>Súd: Krajský súd Trnava</w:t>
      </w:r>
    </w:p>
    <w:p>
      <w:r>
        <w:t>Spisová značka: 14S/179/2015</w:t>
      </w:r>
    </w:p>
    <w:p>
      <w:r>
        <w:t>ECLI: ECLI:SK:KSTT:2016:2015200943.3</w:t>
      </w:r>
    </w:p>
    <w:p>
      <w:r>
        <w:t>Dátum vydania: 13. 3.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14S/179/2015 Identifikačné číslo súdneho spisu: 2015200943 Dátum vydania rozhodnutia: 14. 03. 2016 Meno a priezvisko sudcu, VSÚ: JUDr. Pavol Laczo ECLI: ECLI:SK:KSTT:2016:2015200943.3 Opravné uznesenie Krajský súd v Trnave v právnej veci žalobcu: MVDr. C. D., trvale bytom T. XXX, XXX XX G. E. C., právne zastúpený: Mgr. Martin Paškala, advokát, Záhradnícka 27, 811 07 Bratislava, proti žalovanému: Komora veterinárnych lekárov SR, Botanická 17, 841 04 Bratislava, IČO: 173 178 94, právne zastúpený: Erben &amp; Erben, advokátska kancelária, s.r.o., Mostová 2, 811 02 Bratislava, o preskúmanie zákonnosti rozhodnutia žalovaného číslo 437/2015 zo dňa 27.10.2015, o žiadosti žalobcu o odklad vykonateľnosti, t a k t o r o z h o d o l : Krajský súd o p r a v u j e číslo svojho rozhodnutia sp. zn. 14 S/179/2015-47 zo dňa 25. januára 2016 tak, že správne číslo rozhodnutia je 14 S/179/2015-60 a súčasne o p r a v u j e záhlavie tohto rozhodnutia tak, že žalovaný je právne zastúpený: Erben &amp; Erben, advokátska kancelária, s.r.o., Mostová 2, 811 02 Bratislava. o d ô v o d n e n i e : Žalobca žalobou zo dňa 09.12.2015 doručenou Krajskému súdu v Trnave dňa 10.12.2015 sa domáhal preskúmania rozhodnutia žalovaného č. 437/2015 zo dňa 27.10.2015, ktorým dozorná komisia Komory veterinárnych lekárov SR rozhodla tak, že odvolanie žalobcu zamietla a rozhodnutie KVL SR č. 398/2015 zo dňa 04.09.2015 potvrdila. Rozhodnutím KVL SR č. 398/2015 zo dňa 04.09.2015 bol žalobca vyčiarknutý z registra KVL SR a zároveň mu bolo odňaté osvedčenie na vykonávanie súkromnej veterinárnej činnosti. Tunajší súd uznesením sp. zn. 14 S/179/2015-47 zo dňa 25.01.2016 v zmysle § 250c ods. 1 O.s.p. odložil vykonateľnosť žalobou napadnutého rozhodnutia. Podľa § 164 O.s.p.,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O.s.p., ak nie je ďalej ustanovené inak, použijú sa na uznesenie primerane ustanovenia o rozsudku. Nakoľko pri písomnom vyhotovení uznesenia sp. zn. 14 S/179/2015-47 zo dňa 25.01.2016 došlo k chybe spočívajúcej v uvedení nesprávneho čísla uznesenia a neuvedenia právneho zástupcu žalovaného v záhlaví uznesenia, súd v zmysle § 164 O.s.p. rozhodol tak, ako je uvedené vo výroku tohto uznesenia. Senátom krajského súdu bolo toto rozhodnutie prijaté pomerom hlasov 3:0 (§ 3 ods. 9 zákona posledná veta č. 757/2004 Z.z. v znení neskorších zmien a doplnení). Poučenie: Proti tomuto uzneseniu je prípustné odvolanie do 15 dní odo dňa jeho doručenia na Najvyšší súd SR prostredníctvom Krajského súdu v Trnave.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https://www.kauzis.sk/judikatura/r/ECLI:SK:KSTT:2016:2015200943.3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