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20Sd/67/2015 z 8. 9. 2016</w:t>
      </w:r>
    </w:p>
    <w:p>
      <w:r>
        <w:t>Uznesenie Krajského súdu Trnava z 8. septembra 2016, sp. zn. 20Sd/67/2015, ECLI:SK:KSTT:2016:2015200969.2</w:t>
      </w:r>
    </w:p>
    <w:p>
      <w:r>
        <w:t>Súd: Krajský súd Trnava</w:t>
      </w:r>
    </w:p>
    <w:p>
      <w:r>
        <w:t>Spisová značka: 20Sd/67/2015</w:t>
      </w:r>
    </w:p>
    <w:p>
      <w:r>
        <w:t>ECLI: ECLI:SK:KSTT:2016:2015200969.2</w:t>
      </w:r>
    </w:p>
    <w:p>
      <w:r>
        <w:t>Dátum vydania: 8. 9.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20Sd/67/2015 Identifikačné číslo súdneho spisu: 2015200969 Dátum vydania rozhodnutia: 09. 09. 2016 Meno a priezvisko sudcu, VSÚ: JUDr. Róbert Foltán ECLI: ECLI:SK:KSTT:2016:2015200969.2 Uznesenie Krajský súd v Trnave v konaní pred sudcom JUDr. Róbertom Foltánom v právnej veci navrhovateľky: B. W., nar. XX.XX.XXXX, bytom A. XX, F., proti odporcovi: Sociálna poisťovňa, ústredie, Ul. 29. augusta 8 - 10, Bratislava, o priznanie invalidného dôchodku, o návrhu na preskúmanie zákonnosti rozhodnutia odporcu č. XXX XXX XXXX X zo dňa 23.7.2015, takto r o z h o d o l : Súd konanie zastavuje. Žiaden z účastníkov nemá právo na náhrada trov konania. o d ô v o d n e n i e : Rozhodnutím č. XXX XXX XXXX X zo dňa 23.7.2015 odporca zamietol žiadosť navrhovateľky zo dňa 17.6.2015 o priznanie invalidného dôchodku s odôvodnením, že zákonné podmienky vzniku tohto nároku podľa § 70 ods. 1 a § 72 zák. č. 461/2003 Z.z. o sociálnom poistení neboli splnené, nakoľko navrhovateľka ku dňu vzniku invalidity získala iba 14 rokov a 353 dní dôchodkového poistenia. Proti tomuto rozhodnutiu podala navrhovateľka v zákonnej lehote opravný prostriedok. Odporca vo svojom písomnom vyjadrení k veci navrhol preskúmavané rozhodnutie ako vecne správne potvrdiť, s tým, že navrhovateľka bola poučená o možnosti podľa § 142 ods. 3 zákona o sociálnom poistení poistné na dôchodkové poistenie dodatočne doplatiť. V doplňujúcom vyjadrení odporca súdu oznámil, že vzhľadom na dodatočné doplatenie poistného na dôchodkové poistenie bol nárok navrhovateľky opätovne posúdený, rozhodnutie o zamietnutí žiadosti o priznanie invalidného dôchodku zo dňa 23.7.2015 bolo rozhodnutím zo dňa 19.8.2016 zrušené a rozhodnutím č. XXX XXX XXXX X - II. zo dňa 18.8.2016 bol navrhovateľke s účinnosťou od 23.6.2011 priznaný invalidný dôchodok v sume 73,40 eur mesačne, ktorý bol súčasne zvýšený na sumu 90 eur od 1.1.2016. Vzhľadom na túto skutočnosť navrhol konanie vo veci podľa § 250o O.s.p. zastaviť. Nakoľko obsahom spisového materiálu bolo potvrdené, že odporca v priebehu konania opravným prostriedkom napadnuté rozhodnutie zrušil a rozhodnutím č. XXX XXX XXXX X - II. zo dňa 19.8.2016 navrhovateľke priznal invalidný dôchodok s účinnosťou od 23.6.2011 v sume 73,40 eur mesačne / zvýšený od 1.1.2012 na 75,90 eur, od 1.1.2013 na 81,80 eur, od 1.1.2014 na 86,30 eur, od 1.1.2015 na 89 eur a od 1.1.2016 na 90 eur/, čím bolo návrhu navrhovateľky vyhovené, súd konanie podľa § 250o O.s.p. zastavil. O trovách konania rozhodol súd podľa §246c ods. 1 v spojení s § 146 ods. 1 písm. c) O.s.p., keď v okolnostiach zastavenia konania nezistil dôvody pre priznanie práva na ich náhradu niektorému z účastníkov. Poučenie: Proti tomuto rozsudku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https://www.kauzis.sk/judikatura/r/ECLI:SK:KSTT:2016:2015200969.2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