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44Sp/47/2015 z 10. 4. 2016</w:t>
      </w:r>
    </w:p>
    <w:p>
      <w:r>
        <w:t>Rozsudok Krajského súdu Trnava z 10. apríla 2016, sp. zn. 44Sp/47/2015, ECLI:SK:KSTT:2016:2015200985.1</w:t>
      </w:r>
    </w:p>
    <w:p>
      <w:r>
        <w:t>Súd: Krajský súd Trnava</w:t>
      </w:r>
    </w:p>
    <w:p>
      <w:r>
        <w:t>Spisová značka: 44Sp/47/2015</w:t>
      </w:r>
    </w:p>
    <w:p>
      <w:r>
        <w:t>ECLI: ECLI:SK:KSTT:2016:2015200985.1</w:t>
      </w:r>
    </w:p>
    <w:p>
      <w:r>
        <w:t>Dátum vydania: 10. 4. 2016</w:t>
      </w:r>
    </w:p>
    <w:p>
      <w:r>
        <w:t>Forma: Rozsudok</w:t>
      </w:r>
    </w:p>
    <w:p>
      <w:r>
        <w:t>Oblasť práva: Správne právo</w:t>
      </w:r>
    </w:p>
    <w:p>
      <w:pPr>
        <w:pStyle w:val="Heading2"/>
      </w:pPr>
      <w:r>
        <w:t>Text rozhodnutia</w:t>
      </w:r>
    </w:p>
    <w:p>
      <w:r>
        <w:t>Súd: Krajský súd Trnava Spisová značka: 44Sp/47/2015 Identifikačné číslo súdneho spisu: 2015200985 Dátum vydania rozhodnutia: 11. 04. 2016 Meno a priezvisko sudcu, VSÚ: JUDr. Pavol Laczo ECLI: ECLI:SK:KSTT:2016:2015200985.1 ROZSUDOK V MENE SLOVENSKEJ REPUBLIKY Krajský súd v Trnave samosudcom JUDr. Pavlom Laczom v právnej veci navrhovateľky: POHOTOVOSŤ, s.r.o., so sídlom Pribinova 25, Bratislava, IČO: 35 807 598, proti odporcovi: Okresný úrad Dunajská Streda, katastrálny odbor, Agátová 7, 929 01 Dunajská Streda, za účasti: V. K., nar.XX.XX.XXXX, bytom C. N. M. č. XXX, XXX XX C. N. M., o preskúmanie rozhodnutia správneho orgánu č. V 6003/15-02 zo dňa 18.11.2015, na základe odvolania navrhovateľky, takto r o z h o d o l : Krajský súd napadnuté rozhodnutie odporcu zo dňa 18. novembra 2015 č. V 6003/15-02 potvrdzuje. Navrhovateľke náhradu trov konania n e p r i z n á v a. Zúčastnenej osobe V. K. náhradu trov konania nepriznáva. Navrhovateľka je povinná zaplatiť súdny poplatok za podanie návrhu vo výške 35,-€ na účet tunajšieho súdu do 3 dní od právoplatnosti rozhodnutia. o d ô v o d n e n i e : Napadnutým rozhodnutím odporkyne č. V 6003/15-02 zo dňa 18.11.2015,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DSS Nestor o.z., Stred 449, 027 05 Zázrivá (predtým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DSS Nestor o.z., Stred 449, 027 05 Zázrivá (predtým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ospravedlnil. Zúčastnená osoba V. K. na pojednávaní uviedla, že ona nikdy nepodpisovala žiadnu záložnú zmluvu, ani nikoho nesplnomocnila na to, aby za ňu takúto zmluvu podpísal. Ďalej uviedla, že podpísala len dohodu o zrážkach zo mzdy a zo spoločnosti ProHelp nikoho nepozná.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3.7.2013 ako veriteľ zmluvu o úvere č.401901347 s dlžníkom V. K.. Dlžník sa zaviazal splácať veriteľovi požičanú sumu v pravidelných mesačných splátkach. Na zabezpečenie záväzku vyplývajúceho z poskytnutého úveru uzatvorila V. K. ako záložca v zastúpení združením DSS Nestor o.z., Stred 449, 027 05 Zázrivá (predtým ProHelp - združenie občianskoprávnej pomoci) s navrhovateľkou zmluvu o zriadení záložného práva č.254/2015- PTR zo dňa 11.8.2015, predmetom ktorej bolo zriadenie záložného práva na nehnuteľnosti v podielovom spoluvlastníctve p. V. K..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18.09.2015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3.7.2013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združenie DSS Nestor o.z., Stred 449, 027 05 Zázrivá (predtým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V. K. nie je možné ich náhradu priznať vzhľadom na právnu úpravu ust. § 250l O.s.p. v spojení s ust. § 250k O.s.p..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https://www.kauzis.sk/judikatura/r/ECLI:SK:KSTT:2016:2015200985.1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