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20Sd/1/2016 z 22. 2. 2016</w:t>
      </w:r>
    </w:p>
    <w:p>
      <w:r>
        <w:t>Uznesenie Krajského súdu Trnava z 22. februára 2016, sp. zn. 20Sd/1/2016, ECLI:SK:KSTT:2016:2016200004.1</w:t>
      </w:r>
    </w:p>
    <w:p>
      <w:r>
        <w:t>Súd: Krajský súd Trnava</w:t>
      </w:r>
    </w:p>
    <w:p>
      <w:r>
        <w:t>Spisová značka: 20Sd/1/2016</w:t>
      </w:r>
    </w:p>
    <w:p>
      <w:r>
        <w:t>ECLI: ECLI:SK:KSTT:2016:2016200004.1</w:t>
      </w:r>
    </w:p>
    <w:p>
      <w:r>
        <w:t>Dátum vydania: 22. 2. 2016</w:t>
      </w:r>
    </w:p>
    <w:p>
      <w:r>
        <w:t>Forma: Uznesenie</w:t>
      </w:r>
    </w:p>
    <w:p>
      <w:pPr>
        <w:pStyle w:val="Heading2"/>
      </w:pPr>
      <w:r>
        <w:t>Text rozhodnutia</w:t>
      </w:r>
    </w:p>
    <w:p>
      <w:r>
        <w:t>Súd: Krajský súd Trnava Spisová značka: 20Sd/1/2016 Identifikačné číslo súdneho spisu: 2016200004 Dátum vydania rozhodnutia: 23. 02. 2016 Meno a priezvisko sudcu, VSÚ: JUDr. Róbert Foltán ECLI: ECLI:SK:KSTT:2016:2016200004.1 Uznesenie Krajský súd v Trnave v právnej veci navrhovateľky: M. V., nar. XX.XX.XXXX, bytom U. XXX, XXX XX T., proti odporkyni: Sociálna poisťovňa - ústredie, so sídlom Ul. 29. augusta 8, 813 63 Bratislava, o preskúmanie zákonnosti rozhodnutia odporkyne, t a k t o r o z h o d o l : Súd konanie z a s t a v u j e . Žiaden z účastníkov nemá právo na náhradu trov konania. o d ô v o d n e n i e : Navrhovateľka svojim návrhom doručeným odporkyni dňa 18.11.2015, žiadala o preskúmanie rozhodnutia odporkyne č. XXX XXX XXXX X zo dňa 05.11.2015, ktorým odporkyňa rozhodla, že navrhovateľke podľa § 82b zák. č. 461/2003 Z.z. o sociálnom poistení nevznikol nárok na zvýšenie starobného dôchodku na sumu minimálneho dôchodku od 01.07.2015. Odporkyňa podala k návrhu na preskúmanie napadnutého rozhodnutia vyjadrenie zo dňa 07.01.2016, v ktorom poukázala na rozhodnutie č. XXX XXX XXXX X zo dňa 21.12.2015, ktorým odporkyňa zvýšila starobný dôchodok na sumu 317,00 eur mesačne od 01.07.2015. Odporkyňa tak vyhovela opravnému prostriedku navrhovateľky. Navrhovateľka po oboznámení sa s vyššie uvedenými závermi, podaním doručeným tunajšiemu súdu dňa 11.02.2016 oznámila, že berie opravný prostriedok späť a konanie žiada zastaviť. Krajský súd v Trnave príslušný na konanie vo veci, prejednal vec bez nariadenia pojednávania (podľa § 244 ods. 1,2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https://www.kauzis.sk/judikatura/r/ECLI:SK:KSTT:2016:2016200004.1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