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44Sd/7/2016 z 9. 10. 2016</w:t>
      </w:r>
    </w:p>
    <w:p>
      <w:r>
        <w:t>Rozsudok Krajského súdu Trnava z 9. októbra 2016, sp. zn. 44Sd/7/2016, ECLI:SK:KSTT:2016:2016200058.2</w:t>
      </w:r>
    </w:p>
    <w:p>
      <w:r>
        <w:t>Súd: Krajský súd Trnava</w:t>
      </w:r>
    </w:p>
    <w:p>
      <w:r>
        <w:t>Spisová značka: 44Sd/7/2016</w:t>
      </w:r>
    </w:p>
    <w:p>
      <w:r>
        <w:t>ECLI: ECLI:SK:KSTT:2016:2016200058.2</w:t>
      </w:r>
    </w:p>
    <w:p>
      <w:r>
        <w:t>Dátum vydania: 9. 10. 2016</w:t>
      </w:r>
    </w:p>
    <w:p>
      <w:r>
        <w:t>Forma: Rozsudok</w:t>
      </w:r>
    </w:p>
    <w:p>
      <w:r>
        <w:t>Oblasť práva: Správne právo</w:t>
      </w:r>
    </w:p>
    <w:p>
      <w:pPr>
        <w:pStyle w:val="Heading2"/>
      </w:pPr>
      <w:r>
        <w:t>Text rozhodnutia</w:t>
      </w:r>
    </w:p>
    <w:p>
      <w:r>
        <w:t>Súd: Krajský súd Trnava Spisová značka: 44Sd/7/2016 Identifikačné číslo súdneho spisu: 2016200058 Dátum vydania rozhodnutia: 10. 10. 2016 Meno a priezvisko sudcu, VSÚ: JUDr. Pavol Laczo ECLI: ECLI:SK:KSTT:2016:2016200058.2 ROZSUDOK V MENE SLOVENSKEJ REPUBLIKY Krajský súd v Trnave v konaní pred sudcom JUDr. Pavlom Laczom v právnej veci navrhovateľa: H. A., nar.XX.XX.XXXX, bytom X. O. XXXX/XX, XXX XX D. Y., proti odporkyni: Sociálna poisťovňa - ústredie, Ul. 29 augusta 8, 813 63 Bratislava, o preskúmanie zákonnosti rozhodnutia odporkyne zo dňa 24.08.2015 č. XXX XXX XXXX X takto r o z h o d o l : Krajský súd napadnuté rozhodnutie odporkyne Sociálnej poisťovne - ústredie Bratislava zo dňa 24.08.2015 č. XXX XXX XXXX X p o t v r d z u j e. Navrhovateľovi súd nárok na náhradu trov konania n e p r i z n á v a. o d ô v o d n e n i e : 1. Napadnutým rozhodnutím odporkyne zo dňa 24.08.2015 č. XXX XXX XXXX X odporkyňa podľa § 73 a § 112 ods. 4 č.461/2003 Z.z. o sociálnom poistení v znení neskorších predpisov, zamietla žiadosť navrhovateľa o zvýšenie sumy invalidného dôchodku. 2. Svoje rozhodnutie odporkyňa odôvodnila tým, že zdravotný stav navrhovateľa bol opätovne posúdený posudkovým lekárom sociálneho poistenia Sociálnej poisťovne-pobočka Dunajská Streda, pričom všetky rozhodujúce skutočnosti, ktoré boli podkladom na vyhotovenie posudkového záveru o tom, že navrhovateľ je invalidný podľa § 71 ods. 1 zák.č.461/2003 Z.z. s rovnakou mierou poklesu schopnosti vykonávať zárobkovú činnosť ako pri predchádzajúcom posúdení zdravotného stavu, zodpovedajú aj novému posúdeniu z hľadiska posúdenia výšky miery poklesu schopnosti vykonávať zárobkovú činnosť v porovnaní so zdravou fyzickou osobou. 3. Proti tomuto rozhodnutiu podal navrhovateľ opravný prostriedok dňa 28.9.2015, v ktorom uvádzal, že najskôr bol uznaný ako invalid s mierou poklesu 80%, avšak neskôr mu Sociálna poisťovňa znížila mieru poklesu schopnosti vykonávať zárobkovú činnosť na 70% a znížila mu aj sumu invalidného dôchodku zo 177,- Eur na 119,- Eur, čo mu nepostačuje na lieky, ani na ďalšie výdavky, nemá z čoho žiť a preto žiada, aby sa rozhodnutie odporkyne preskúmalo. 4. Z písomného vyjadrenia odporkyne zo dňa 3.2.2016 vyplýva, že posudkoví lekári sociálneho poistenia v konaní predchádzajúcom vydaniu napadnutého rozhodnutia ako aj v konaní o opravnom prostriedku, na základe predložených odborných lekárskych nálezov a vlastného vyšetrenia vyhodnotili, že navrhovateľov zdravotný stav je zhoršený na úroveň invalidity naďalej s mierou poklesu schopnosti vykonávať zárobkovú činnosť 70% v porovnaní so zdravou fyzickou osobou. Navrhovateľ v konaní o opravnom prostriedku predloženými listinnými dôkazmi nepreukázal, že jeho zdravotný stav odôvodňuje vyššiu mieru poklesu schopnosti vykonávať zárobkovú činnosť v porovnaní so zdravou fyzickou osobou alebo zmenu dátumu vzniku invalidity. 5. Krajský súd preskúmal napadnuté rozhodnutie na pojednávaní konanom dňa 30.5.2016 podľa § 244 ods. 1, 2 a 3 O.s.p., a § 250l ods. 1 a 2 O.s.p. a dospel k záveru, že napadnuté rozhodnutie odporkyne je vecne správne. 6. Na pojednávanie konané dňa 30.5.2016 sa navrhovateľ nedostavil, svoju neúčasť ospravedlnil, pričom doložil súdu nové lekárske správy a za týmto účelom bolo pojednávanie odročené z dôvodu opätovného posúdenia zdravotného stavu navrhovateľa ako aj z dôvodu, aby posudkový lekár zdôvodnil, prečo u navrhovateľa došlo k zníženiu miery poklesu schopnosti vykonávať zárobkovú činnosť z 80% na 70%. Na pojednávaní konanom dňa 10.10.2016, ktorého sa navrhovateľ opätovne nezúčastnil, bola oboznámená lekárska správa z 27.6.2016, zaslaná posudkovým lekárom Sociálnej poisťovne - ústredie Bratislava, podľa ktorej posudkový lekár preveril zdravotný stav navrhovateľa opätovne, s prihliadnutím na očné vyšetrenie zo dňa 5.4.2016 a dve neurologické vyšetrenia z 10.2.2016 a 8.5.2016, ktoré z hľadiska posudzovania invalidity boli nevýpovedné. Posudkový lekár ďalej skonštatoval, že vykonaným šetrením bolo zistené, že navrhovateľ nemá problémy so zrakom, pričom sa inak správa v čase keď nie je v ambulancii ako keď je v ambulancii a predstiera, že nevidí. 7. Poverená zástupkyňa odporkyne na pojednávaní uviedla, že sa pridržiava záverov posudkových lekárov a poukazuje na svoje vyjadrenie zaslané súdu a žiada, aby súd napadnuté rozhodnutie potvrdil ako vecne správne a zákonné. 8.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zákona č.461/2003 Z.z. o sociálnom poistení v znení neskorších predpisov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 112 ods. 4 zák. č. 461/2003 Z.z. o sociálnom poistení v znení neskorších predpisov (4) Výplata dávky sa zastaví, uvoľní alebo sa dávka vypláca v nižšej sume alebo vo vyššej sume, ak sa zmenia skutočnosti rozhodujúce na nárok na výplatu dávky. 9. Z predloženého spisového materiálu krajský súd zistil, že podkladom pre vypracovanie napadnutého rozhodnutia bola správa posudkového lekára sociálneho poistenia Sociálnej poisťovne pobočka Dunajská Streda z 22.7.2015, kde za rozhodujúce zdravotné postihnutie bola určená choroba zmyslových orgánov, kapitola VII, oddiel A - zrak, položka 11.3 ťažké dlho trvajúce liečenie vzdorujúce formy, písm. b) obojstranné, s mierou poklesu schopnosti vykonávať zárobkovú činnosť 60% a pre iné zdravotné postihnutia bola táto miera poklesu zvýšená o 10%. Na základe opravného prostriedku odporkyňa opätovne posúdila zdravotný stav navrhovateľa posudkovým lekárom Sociálnej poisťovne pobočka Dunajská Streda dňa 27.10.2015 a posudkovým lekárom sociálneho poistenia Sociálnej poisťovne - ústredie dňa 28.1.2016, pričom posudkoví lekári zotrvali na pôvodnom posudku, že navrhovateľ je invalidný podľa § 71 ods. 1 zákona s mierou poklesu schopnosti vykonávať zárobkovú činnosť vo výške 70% v porovnaní so zdravou fyzickou osobou. Nakoľko navrhovateľ pred prvým pojednávaním konaným dňa 30.5.2016 predložil súdu nové lekárske správy a namietal aj skutočnosť, že došlo u neho k zníženiu miery poklesu schopnosti vykonávať zárobkovú činnosť z 80% na 70%, bolo pojednávanie odročené a bol zdravotný stav opätovne posúdený, pričom posudková lekárka Sociálnej poisťovne - ústredie v lekárskej správe zo dňa 27.6.2016 zotrvala na predchádzajúcich posudkoch ohľadne posúdenia rozhodujúceho zdravotného postihnutia aj s určením 60% výšky miery poklesu schopnosti vykonávať zárobkovú činnosť, ktorá bola zvýšená o 10% za ostatné ochorenia, t.j. zotrvala na miere poklesu schopnosti vykonávať zárobkovú činnosť 70%. Nakoľko sa navrhovateľovi v priebehu konania nepodarilo predložiť dôkazy, ktoré by odôvodňovali, že u neho došlo k zhoršeniu zdravotného stavu podmieňujúceho zvýšenie miery poklesu schopnosti vykonávať zárobkovú činnosť viac ako 70% v porovnaní so zdravou fyzickou osobou, považuje súd rozhodnutie odporkyne za vecne správne. 10. Vzhľadom na vyššie uvedené skutočnosti súd rozhodol tak ako je uvedené vo výrokovej časti tohto rozsudku. 11.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https://www.kauzis.sk/judikatura/r/ECLI:SK:KSTT:2016:2016200058.2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