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44Sd/8/2016 z 6. 7. 2016</w:t>
      </w:r>
    </w:p>
    <w:p>
      <w:r>
        <w:t>Rozsudok Krajského súdu Trnava z 6. júla 2016, sp. zn. 44Sd/8/2016, ECLI:SK:KSTT:2016:2016200063.2</w:t>
      </w:r>
    </w:p>
    <w:p>
      <w:r>
        <w:t>Súd: Krajský súd Trnava</w:t>
      </w:r>
    </w:p>
    <w:p>
      <w:r>
        <w:t>Spisová značka: 44Sd/8/2016</w:t>
      </w:r>
    </w:p>
    <w:p>
      <w:r>
        <w:t>ECLI: ECLI:SK:KSTT:2016:2016200063.2</w:t>
      </w:r>
    </w:p>
    <w:p>
      <w:r>
        <w:t>Dátum vydania: 6. 7. 2016</w:t>
      </w:r>
    </w:p>
    <w:p>
      <w:r>
        <w:t>Forma: Rozsudok</w:t>
      </w:r>
    </w:p>
    <w:p>
      <w:r>
        <w:t>Oblasť práva: Správne právo</w:t>
      </w:r>
    </w:p>
    <w:p>
      <w:pPr>
        <w:pStyle w:val="Heading2"/>
      </w:pPr>
      <w:r>
        <w:t>Text rozhodnutia</w:t>
      </w:r>
    </w:p>
    <w:p>
      <w:r>
        <w:t>Súd: Krajský súd Trnava Spisová značka: 44Sd/8/2016 Identifikačné číslo súdneho spisu: 2016200063 Dátum vydania rozhodnutia: 07. 07. 2016 Meno a priezvisko sudcu, VSÚ: JUDr. Pavol Laczo ECLI: ECLI:SK:KSTT:2016:2016200063.2 ROZSUDOK V MENE SLOVENSKEJ REPUBLIKY Krajský súd v Trnave v konaní pred sudcom JUDr. Pavlom Laczom v právnej veci navrhovateľa: P. U., nar. XX.X.XXXX, bytom XXX XX X. U. XXX, proti odporkyni: Sociálna poisťovňa - ústredie, Ul. 29 augusta 8, 813 63 Bratislava, o preskúmanie zákonnosti rozhodnutia odporkyne zo dňa 21.09.2015 č. XXX XXX XXXX X takto r o z h o d o l : Krajský súd napadnuté rozhodnutie odporkyne Sociálnej poisťovne - ústredie Bratislava zo dňa 21.9.2015 č. XXX XXX XXXX X p o t v r d z u j e. Navrhovateľovi súd nárok na náhradu trov konania n e p r i z n á v a. o d ô v o d n e n i e : Napadnutým rozhodnutím odporkyne zo dňa 21.9.2015 č. XXX XXX XXXX X odporkyňa podľa § 70 ods. 1, § 274 a § 82 zákona č. 461/2003 Z.z. o sociálnom poistení v znení neskorších predpisov, priznala navrhovateľovi invalidný dôchodok v sume 285,50 Eur mesačne od 10.6.2015. Svoje rozhodnutie odporkyňa odôvodnila tým, že na základe posudku posudkového lekára sociálneho poistenia pobočky Sociálnej poisťovne Galanta zo dňa 20.8.2015 bola zistená u navrhovateľa miera poklesu schopnosti vykonávať zárobkovú činnosť v porovnaní so zdravou fyzickou osobou 70% a že k zvýšeniu sumy invalidného dôchodku došlo v súvislosti s opatrením Ministerstva práce, sociálnych vecí a rodiny SR č. 295/2014 Z.z.. Proti tomuto rozhodnutiu podal navrhovateľ dňa 09.10.2015 odvolanie doručené Sociálnej poisťovni - ústredie Bratislava, ktoré bolo dňa 04.2.2016 postúpené tunajšiemu súdu, v ktorom navrhovateľ uviedol, že nesúhlasí s dôchodkom, pretože má zrušenú pracovnú schopnosť a takisto má aj nové vyšetrenia od doktorov, ktorí zistili zhoršenie zdravotného stavu. Z písomného vyjadrenia odporkyne zo dňa 11.2.2016 vyplýva, že zdravotný stav navrhovateľa bol posudzovaný viackrát posudkovými lekármi a to dňa 20.8.2015, 12.11.2015 a 2.2.2016, ktorí zhodne uviedli, že navrhovateľ je invalidný so 70%-tnou mierou poklesu schopnosti vykonávať zárobkovú činnosť v porovnaní so zdravou fyzickou osobou. Krajský súd preskúmal napadnuté rozhodnutie na pojednávaní podľa § 244 ods. 1, 2 a 3 O.s.p., a § 250l ods. 1 a 2 O.s.p. a dospel k záveru, že napadnuté rozhodnutie odporkyne je správne. Na pojednávaní konanom dňa 16.5.2016 navrhovateľ uviedol, že zdravotný stav sa mu neustále zhoršuje, 2 krát bol operovaný a predložil nové lekárske správy. Z uvedeného dôvodu bolo pojednávanie odročené za účelom znovuposúdenia zdravotného stavu navrhovateľa. Zdravotný stav navrhovateľa bol posúdený opätovne, pričom z lekárskej správy zo dňa 9.6.2016 vyplýva, že posudková lekárka zotrvala na záveroch ako aj určenej výške miery poklesu schopnosti vykonávať zárobkovú činnosť predchádzajúcich lekárskych správ. Na pojednávaní konanom dňa 7.7.2016 navrhovateľ uviedol, že nesúhlasí ani s posudkovou správou ktorá bola oboznámená na dnešnom pojednávaní, jeho zdravotný stav sa zhoršuje, má problémy so srdcom a s chrbticou. Poverená zástupkyňa odporkyne uviedla, že sa pridržiava písomného vyjadrenia a žiada napadnuté rozhodnutie ako vecne správne potvrdiť, s poukazom na znovuposúdenie zdravotného stavu navrhovateľa. Podľa § 244 ods. 1,2,3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a postup správneho orgánu").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250l ods. 1 O.s.p. podľa ustanovení tejto hlavy sa postupuje v prípadoch, v ktorých zákon zveruje súdom rozhodovanie o opravných prostriedkoch proti neprávoplatným rozhodnutiam správnych orgánov. (2) Pokiaľ v tejto hlave nie je ustanovené inak, použije sa primerane ustanovenie druhej hlavy s výnimkou § 250a. Podľa § 70 zákona č.461/2003 Z.z. o sociálnom poistení v znení neskorších predpisov (1) Poistenec má nárok na invalidný dôchodok, ak sa stal invalidný, získal počet rokov dôchodkového poistenia uvedený v § 72 a ku dňu vzniku invalidity nespĺňa podmienky nároku na starobný dôchodok alebo mu nebol priznaný predčasný starobný dôchodok. (2) Fyzická osoba má nárok na invalidný dôchodok aj vtedy, ak sa stala invalidnou v období, v ktorom je nezaopatreným dieťaťom a má na území Slovenskej republiky trvalý pobyt. Nárok na invalidný dôchodok tejto fyzickej osobe vzniká najskôr odo dňa dovŕšenia 18 rokov veku. Nárok na invalidný dôchodok má aj fyzická osoba, ktorá sa stala invalidnou počas doktorandského štúdia v dennej forme, nedovŕšila 26 rokov veku a má na území Slovenskej republiky trvalý pobyt. Podľa § 71 ods. 1 zákona č.461/2003 Z.z. o sociálnom poistení v znení neskorších predpisov (1) Poistenec je invalidný, ak pre dlhodobo nepriaznivý zdravotný stav má pokles schopnosti vykonávať zárobkovú činnosť o viac ako 40% v porovnaní so zdravou fyzickou osobou. Podľa § 71 ods. 4 zákona č.461/2003 Z.z. o sociálnom poistení v znení neskorších (4)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8 zákona č.461/2003 Z.z. o sociálnom poistení v znení neskorších (8) Mieru poklesu schopnosti vykonávať zárobkovú činnosť určenú podľa odseku 6 možno zvýšiť najviac o 10%,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Podľa § 274 zák. č. 461/2003 Z.z. o sociálnom poistení v znení neskorších predpisov (1) Nároky vyplývajúce zo zaradenia zamestnaní do I. a II. pracovnej kategórie sa priznávajú do 31. decembra 2023. (2) Suma starobného dôchodku, pomerného starobného dôchodku a invalidného dôchodku, na ktorý vznikne nárok podľa odseku 1, nesmie byť nižšia ako suma určená podľa predpisov účinných do 31. decembra 2003, a to vrátane úpravy dôchodku a zvýšenia dôchodkov prislúchajúcich podľa osobitného predpisu. 110) To platí aj vtedy, ak sa suma dôchodkov uvedených v prvej vete určuje na účely určenia sumy vdovského dôchodku, vdoveckého dôchodku alebo sirotského dôchodku. Podľa § 82 zák. č. 461/2003 Z.z. o sociálnom poistení v znení neskorších predpisov (1) Dôchodková dávka sa a) do 31. decembra 2017 zvyšuje v závislosti od medziročného rastu spotrebiteľských cien a medziročného rastu priemernej mesačnej mzdy v hospodárstve Slovenskej republiky vykázaných štatistickým úradom za prvý polrok kalendárneho roka, ktorý predchádza príslušnému kalendárnemu roku a od priemernej mesačnej sumy starobného dôchodku, priemernej mesačnej sumy predčasného starobného dôchodku, priemernej mesačnej sumy invalidného dôchodku priznaného z dôvodu poklesu schopnosti vykonávať zárobkovú činnosť o viac ako 70%, priemernej mesačnej sumy invalidného dôchodku priznaného z dôvodu poklesu schopnosti vykonávať zárobkovú činnosť najviac o 70%, priemernej mesačnej sumy vdovského dôchodku a vdoveckého dôchodku a od priemernej mesačnej sumy sirotského dôchodku vykázaných Sociálnou poisťovňou k 30. júnu kalendárneho roka, ktorý predchádza príslušnému kalendárnemu roku, b) od 1. januára 2018 zvyšuje v závislosti od medziročného rastu spotrebiteľských cien za domácnosti dôchodcov vykázaného štatistickým úradom za prvý polrok kalendárneho roka, ktorý predchádza príslušnému kalendárnemu roku. (12) Ministerstvo vydá opatrenie a vyhlási jeho úplné znenie uverejnením v Zbierke zákonov najneskôr do 31. októbra kalendárneho roka, ktorý predchádza príslušnému kalendárnemu roku, ktorým ustanoví a) pevnú sumu zvýšenia dôchodkovej dávky podľa odsekov 2 až 7, 9 a 10, b) percento zvýšenia dôchodkovej dávky podľa odseku 8. Z predloženého spisového materiálu krajský súd zistil, že podkladom pre vypracovanie napadnutého rozhodnutia bola lekárska správa zo dňa 20.8.2015, kde za rozhodujúce zdravotné postihnutie bolo u navrhovateľa určené kapitola XV. - choroby podporného a pohybového aparátu, oddiel G - postihnutie končatín, položka 43 - stavy po zlomenine stehnovej kosti (krčka, diafýzy, epikondylu), písmeno b) - s porušenou funkciou končatiny, s mierou poklesu schopnosti vykonávať zárobkovú činnosť 60% ( z rozpätia 45-60%), ktorá bola navýšená pre iné zdravotné postihnutia o 10%. Na základe opravného prostriedku Sociálna poisťovňa opätovne posúdila zdravotný stav navrhovateľa, pričom posudková lekárka Sociálnej poisťovne - ústredie MUDr. L. E. v lekárskej správe zo dňa 2.2.2016 zotrvala na určení rozhodujúceho zdravotného postihnutia a určení výšky miery poklesu schopnosti vykonávať zárobkovú činnosť v porovnaní so zdravou fyzickou osobou. Nakoľko navrhovateľ na pojednávaní konanom dňa 16.5.2016 predložil súdu nové lekárske správy, krajský súd nariadil v predmetnej veci opätovné posúdenie zdravotného stavu s prihliadnutím na doložené lekárske správy. Posudková lekárka MUDr. L. E. 9.6.2016 uviedla, že po opakovanom zhodnotení zdravotného stavu je celková miera poklesu schopnosti vykonávať zárobkovú činnosť naďalej 70%, pričom za rozhodujúce zdravotné postihnutie určila stav po zlomenine krčka stehennej kosti vpravo s opakovanou operačnou liečbou a endoprotézou, s porušenou funkciou pravej dolnej končatiny s mierou poklesu schopnosti vykonávať zárobkovú činnosť 60%, ktorá bola navýšená pre ostatné ochorenia o 10%. Uviedla, že doložené lekárske nálezy (neurologické, traumatologické a prepúšťacia správa z FRO) nepodmieňujú zmenu v posúdení zdravotného stavu navrhovateľa. Vzhľadom na vyššie uvedené skutočnosti súd rozhodol tak ako je uvedené vo výrokovej časti tohto rozsudku. O náhrade trov konania rozhodol krajský súd v súlade s ustanovením § 250k ods. 1 O.s.p. v spojení s § 250l ods. 2 O.s.p. tak, že navrhovateľovi náhradu trov konania nepriznal pre jeho neúspech v konaní. Poučenie: Proti tomuto rozhodnutiu je možné podať odvolanie do 15 dní odo dňa doručenia prostredníctvom tohto súdu na Najvyšší súd SR. V odvolaní sa má popri všeobecných náležitostiach ( § 42 ods. 3 O.s.p.) uviesť, proti ktorému rozhodnutiu smeruje, v akom rozsahu sa napáda, v čom sa toto rozhodnutie alebo postup súdu považuje za nesprávny a čoho sa odvolateľ domáha.</w:t>
      </w:r>
    </w:p>
    <w:p/>
    <w:p>
      <w:r>
        <w:t>Zdroj: KAUZIS.SK – https://www.kauzis.sk/judikatura/r/ECLI:SK:KSTT:2016:2016200063.2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