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44Sd/9/2016 z 7. 3. 2016</w:t>
      </w:r>
    </w:p>
    <w:p>
      <w:r>
        <w:t>Uznesenie Krajského súdu Trnava z 7. marca 2016, sp. zn. 44Sd/9/2016, ECLI:SK:KSTT:2016:2016200067.1</w:t>
      </w:r>
    </w:p>
    <w:p>
      <w:r>
        <w:t>Súd: Krajský súd Trnava</w:t>
      </w:r>
    </w:p>
    <w:p>
      <w:r>
        <w:t>Spisová značka: 44Sd/9/2016</w:t>
      </w:r>
    </w:p>
    <w:p>
      <w:r>
        <w:t>ECLI: ECLI:SK:KSTT:2016:2016200067.1</w:t>
      </w:r>
    </w:p>
    <w:p>
      <w:r>
        <w:t>Dátum vydania: 7. 3. 2016</w:t>
      </w:r>
    </w:p>
    <w:p>
      <w:r>
        <w:t>Forma: Uznesenie</w:t>
      </w:r>
    </w:p>
    <w:p>
      <w:pPr>
        <w:pStyle w:val="Heading2"/>
      </w:pPr>
      <w:r>
        <w:t>Text rozhodnutia</w:t>
      </w:r>
    </w:p>
    <w:p>
      <w:r>
        <w:t>Súd: Krajský súd Trnava Spisová značka: 44Sd/9/2016 Identifikačné číslo súdneho spisu: 2016200067 Dátum vydania rozhodnutia: 08. 03. 2016 Meno a priezvisko sudcu, VSÚ: JUDr. Pavol Laczo ECLI: ECLI:SK:KSTT:2016:2016200067.1 Uznesenie Krajský súd v Trnave v právnej veci navrhovateľky: P. R., nar. XX.XX.XXXX, bytom R. XXX, XXX XX X. Q. T.,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16.10.2015, doručeným odporkyni dňa 19.10.2015, žiadala o preskúmanie rozhodnutia odporkyne č. XXX XXX XXXX X zo dňa 21.09.2015, ktorým táto postupom podľa ust. § 70 a § 71 zákona č. 461/2003 Z. z. o sociálnom poistení v znení neskorších predpisov zamietla navrhovateľke žiadosť o invalidný dôchodok zo dňa 26.08.2015. Rozhodnutie odporkyne vychádzalo z posudku posudkového lekára sociálneho poistenia Sociálnej poisťovne, pobočky Galanta zo dňa 26.08.2015,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ústredie, dňa 04.02.2016, so záverom, že navrhovateľka nie je invalidná podľa ust.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navrhovateľky stanovená na 30 %. Navrhovateľka po oboznámení sa s týmto záverom ešte pred pojednávaním, podaním zo dňa 01.03.2016, doručeným súdu dňa 02.03.2016,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