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23Sd/9/2016 z 5. 4. 2016</w:t>
      </w:r>
    </w:p>
    <w:p>
      <w:r>
        <w:t>Rozsudok Krajského súdu Trnava z 5. apríla 2016, sp. zn. 23Sd/9/2016, ECLI:SK:KSTT:2016:2016200069.1</w:t>
      </w:r>
    </w:p>
    <w:p>
      <w:r>
        <w:t>Súd: Krajský súd Trnava</w:t>
      </w:r>
    </w:p>
    <w:p>
      <w:r>
        <w:t>Spisová značka: 23Sd/9/2016</w:t>
      </w:r>
    </w:p>
    <w:p>
      <w:r>
        <w:t>ECLI: ECLI:SK:KSTT:2016:2016200069.1</w:t>
      </w:r>
    </w:p>
    <w:p>
      <w:r>
        <w:t>Dátum vydania: 5. 4. 2016</w:t>
      </w:r>
    </w:p>
    <w:p>
      <w:r>
        <w:t>Forma: Rozsudok</w:t>
      </w:r>
    </w:p>
    <w:p>
      <w:r>
        <w:t>Oblasť práva: Správne právo</w:t>
      </w:r>
    </w:p>
    <w:p>
      <w:pPr>
        <w:pStyle w:val="Heading2"/>
      </w:pPr>
      <w:r>
        <w:t>Text rozhodnutia</w:t>
      </w:r>
    </w:p>
    <w:p>
      <w:r>
        <w:t>Súd: Krajský súd Trnava Spisová značka: 23Sd/9/2016 Identifikačné číslo súdneho spisu: 2016200069 Dátum vydania rozhodnutia: 06. 04. 2016 Meno a priezvisko sudcu, VSÚ: JUDr. Andrea Vyskočová ECLI: ECLI:SK:KSTT:2016:2016200069.1 ROZSUDOK V MENE SLOVENSKEJ REPUBLIKY Krajský súd v Trnave v konaní pred samosudkyňou JUDr. Andreou Vyskočovou v právnej veci navrhovateľa: C. V., nar. XX.XX.XXXX, bytom XXX XX N. E., U. nám. XXXX, proti odporkyni: Sociálna poisťovňa - ústredie, ul. 29. augusta č. 8, 813 63 Bratislava, o preskúmanie zákonnosti rozhodnutia odporkyne zo dňa 04.09.2015 č. XXX XXX XXXX X , takto r o z h o d o l : I. Súd napadnuté rozhodnutie odporkyne č. XXX XXX XXXX X zo dňa 4. septembra 2015 p o t v r d z u j e . II. Súd navrhovateľovi náhradu trov konania nepriznáva. o d ô v o d n e n i e : Rozhodnutím zo dňa 04.09.2015 č. XXX XXX XXXX X odporkyňa podľa § 73 a § 112 ods. 4 zák. č. 461/2003 Z.z. o sociálnom poistení v znení neskorších predpisov zamietla žiadosť navrhovateľa o zvýšenie invalidného dôchodku, ktoré rozhodnutie odôvodnila tým, že trvanie invalidity bolo na podklade jeho žiadosti o zvýšenie invalidného dôchodku preskúmané opätovne posudkovým lekárom sociálneho poistenia pobočky Sociálnej poisťovne Dunajská Streda so záverom, že navrhovateľ je naďalej invalidný podľa § 71 ods. 1 zák. č. 461/2003 Z.z., pretože pokles schopnosti vykonávať zárobkovú činnosť podľa posudkového záveru posudkového lekára sociálneho poistenia pobočky Sociálnej poisťovne je 60% v porovnaní so zdravou fyzickou osobou. Posúdenie zdravotného stavu je obsahom pripojeného odborného posudku zo dňa 18.08.2015, ktorý tvorí neoddeliteľnú súčasť tohto rozhodnutia. Vzhľadom k tomu, že sa nezmenili skutočnosti rozhodujúce na nárok na výplatu invalidného dôchodku, patrí navrhovateľovi invalidný dôchodok v nezmenenej sume. Proti tomuto rozhodnutiu podal v zákonnej lehote navrhovateľ opravný prostriedok a žiadal o preskúmanie napadnutého rozhodnutia, v ktorom uviedol, že v zmysle § 71 ods. 4 písm. b) zák. č. 461/2003 Z.z. sa výška invalidného dôchodku určuje nielen podľa lekárskeho posudku, ale aj podľa možnosti navrátenia sa do práce. Po prekonaní druhého infarktu, následkami ktorého sú dusenie, diabetes v začiatočnom štádiu, neustála vyčerpanosť, neschopnosť dvíhať ťažké veci a opúchanie nôh, návrat k terajšiemu povolaniu v jeho prípade nie je možný, nakoľko vykonával ťažké stavebné práce, ktoré sa s jeho aktuálnym zdravotným stavom nedajú zlúčiť. Pravdepodobnosť rekvalifikácie vzhľadom na jeho vek tiež nereálna. Na základe opravného prostriedku bol zdravotný stav navrhovateľa opätovne posúdený posudkovou lekárkou Sociálnej poisťovne pobočka Dunajská Streda dňa 04.11.2015 a bol uznaný naďalej invalidný s MPSVZČ 60%. Na základe opravného prostriedku proti napadnutému rozhodnutiu odporkyne bol znovuposúdený zdravotný stav navrhovateľa a to dňa 03.02.2016 posudkovým lekárom Sociálnej poisťovne - ústredie so záverom, že navrhovateľ je naďalej invalidný podľa § 71 ods. 1 zák. č. 461/2003 Z.z. o sociálnom poistení, lebo pre dlhodobo nepriaznivý zdravotný stav má pokles schopnosti vykonávať zárobkovú činnosť o viac ako 40% v porovnaní so zdravou fyzickou osobou, keď miera poklesu schopnosti vykonávať zárobkovú činnosť bola určená v percentách 60%. Za rozhodujúce zdravotné postihnutie kapitola IX - choroby obehovej sústavy, oddiel A - srdcové choroby, položka 8.b) - stavy po srdcových operáciách (revaskularizačné operácie, operácie chlopní, resekcia aneurizmy, stavy po koronárnej angioplastike) stavy s poklesom výkonnosti pri stredne ťažkom zaťažení, I 97 s mierou poklesu schopnosti vykonávať zárobkovú činnosť 50% a za iné ostatné zdravotné postihnutia zvýšenie percentuálnej miery o 10%. Z celkového posudku vyplýva, že v rámci konania o opravnom prostriedku bol posudzovaný dlhodobo nepriaznivý zdravotný stav navrhovateľa. Ide o 58 ročného muža vyučeného murára, ženatého, otca jedného zaopatreného dieťaťa, ktorý bol v roku 2008 uznaný invalidným s MPSVZČ 60%. Za rozhodujúce zdravotné postihnutie bolo určené ochorenie srdca - chronická ischemická choroba, po prekonanom infarkte, so zavedením dvoch stentov do koronárnych ciev zaradené do kapitoly IX - choroby obehovej sústavy - oddielu A - srdcové choroby, položka 8b) stavy po srdcových operáciách, stavy s poklesom výkonnosti pri stredne ťažkom zaťažení. Na toto postihnutie bola zvolená horná hranica MPSVZČ z percentuálneho rozpätia 40-50%. Na ostatné ochorenia (choroba vysokého tlaku, obezita) bola MPSVZČ zvýšená o ďalších 10%. Poistenec naďalej vykonával prácu murára. V júli 2014 utrpel ďalší infarkt mozgového svalu (myokardu) s potrebou reinplentácie (opakového vloženia) stentu do vencovitej tepny srdcového svalu, ktorá operácia bola vykonaná dňa 22.07.2014 v kardiocentre Nitra. Navrhovateľ predložil vyšetrenia zo dňa 09.11.2015, 01.02.2016, 30.11.2015, ktoré potvrdzujú už známe posudkovo zohľadnené ochorenia. I naďalej je rozhodujúcim zdravotným postihnutím ochorenie srdca, ktoré postihnutie zodpovedá MPSVZČ 50%. Ejekčná frakcia ľavej srdcovej komory je 45%, čo je ľahká porucha hodnoty nad 50% (sú v norme) funkcie srdca. Na ostatné ochorenie sa zvyšuje MPSVZČ o ďalších 10%. Týmto sa potvrdzujú v plnom rozsahu posudkové závery predchádzajúcich posúdení. Pri pracovnej rekomandácii je uvedené navrhované pracovné zaradenie na pôvodnom pracovisku: nemá, na trhu práce: áno s obmedzením, že môže vykonávať prácu v prostredí bez nadmerných nárokov na fyzickú námahu, môže vykonávať fyzicky nenáročnú prácu na skrátený pracovný úväzok. Odporkyňa vo vyjadrení zo dňa 04.02.2016 k opravnému prostriedku uviedla, že námietkam navrhovateľa nie je možné vyhovieť. Navrhovateľ neformálnou žiadosťou zo dňa 15.07.2015 požiadal Sociálnu poisťovňu o prehodnotenie jeho zdravotného stavu. Posudkoví lekári sociálneho poistenia v konaní predchádzajúcom vydaniu napadnutého rozhodnutia, ako aj v konaní o opravnom prostriedku na základe predložených odborných lekárskych nálezov a vlastného vyšetrenia vyhodnotili, že navrhovateľov zdravotný je naďalej zhoršený na úroveň invalidity s MPSVZČ 60% v porovnaní so zdravou fyzickou osobou. Navrhovateľ v konaní o opravnom prostriedku predloženými listinnými dôkazmi nepreukázal, že jeho zdravotný stav odôvodňuje vyššiu MPSVZČ v porovnaní so zdravou fyzickou osobou alebo zmenu dátumu vzniku invalidity z dôvodu, že navrhovateľovi sa nepodarilo spochybniť správnosť rozhodnutia o zamietnutí žiadosti o zvýšenie invalidného dôchodku. Odporkyňa má za to, že o jeho žiadosti o invalidný dôchodok bolo rozhodnuté správne, v súlade s objektívne zisteným skutkovým stavom a preto žiada, aby krajský súd napadnuté rozhodnutie zo dňa 04.09.2015 o zamietnutí žiadosti o zvýšenie dôchodku ako vecne správne potvrdil. Na prejednanie veci bolo nariadené pojednávanie na deň 06.04.2016, na ktorom navrhovateľ uviedol, že nesúhlasí s MPSVZČ 60%, pretože podľa toho by mohol stále vykonávať prácu murára a preto žiada, keby mu bolo priznaných aspoň o 5% viac. Poverený zástupca odporkyne na pojednávaní uviedol, že Sociálna poisťovňa po podaní opravného prostriedku opätovne posúdila zdravotný stav navrhovateľa posudkovými lekármi Sociálnej poisťovne pobočky, ako aj ústredia. Na základe lekárskej dokumentácie a lekárskych nálezov posúdili zdravotný stav navrhovateľa s tým, že navrhovateľ je naďalej invalidný s MPSVZČ 60%, keď za základné ochorenie má 50% a za iné 10% a vzhľadom k tomu, že nedošlo k zmene MPSVZČ žiada napadnuté rozhodnutie ako vecne správne potvrdiť. Krajský súd preskúmal napadnuté rozhodnutie, ako aj konanie predchádzajúce jeho vydaniu postupom v zmysle Druhej hlavy Piatej časti O.s.p. a dospel k záveru, že odvolanie proti rozhodnutiu zo dňa 04.09.2015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70 zákona 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2 zákona č. 461/2003 Z.z. o sociálnom poistení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Z obsahu predloženého administratívneho spisu vyplynulo, že odporkyňa rozhodovala na základe žiadosti navrhovateľa o prehodnotenie invalidného dôchodku zo dňa 15.07.2015. Navrhovateľ v konaní namietal, že MPSVZČ nebola posúdená správne, avšak žiadnym spôsobom relevantne nespochybnil správnosť určenia MPSVZČ v porovnaní so zdravou fyzickou osobou, tak ako bola určená lekárskym posudkom zo dňa 04.11.2015 a lekárskym posudkom zo dňa 03.02.2016, ktoré zhodne stanovili pre rozhodujúce zdravotné postihnutie MPSVZČ 50%, čo je horná hranica pre dané percentuálne rozpätie a za iné zdravotné postihnutia maximálna možná výška zvýšenia percentuálnej miery o 10%, čo spolu predstavuje MPSVZČ 60%. Súd dospel k záveru, že odporkyňa správne zamietla žiadosť navrhovateľa o zvýšenie invalidného dôchodku, nakoľko navrhovateľ v konaní o opravnom prostriedku proti napadnutému rozhodnutiu odporkyne nepreukázal, že jeho zdravotný stav odôvodňuje vyššiu mieru poklesu schopnosti vykonávať zárobkovú činnosť v porovnaní so zdravou fyzickou osobou, ako bola stanovená na základe opätovného prehodnotenia zdravotného stavu posudkovými lekármi sociálnej poisťovne pobočka Dunajská Streda a Sociálnej poisťovne - ústredie. V konaní nebolo preukázané, že by od posledného rozhodnutia odporkyne, ktorým bol navrhovateľovi priznaný invalidný dôchodok, pretože pre dlhodobo nepriaznivý zdravotný stav mal MPSVZČ 60%, došlo k zmene skutočností rozhodujúcich pre nárok navrhovateľa na invalidný dôchodok a jeho sumu podľa § 73 ods. 2 zákona č. 461/2003 Z.z.. Vzhľadom na uvedené súd napadnuté rozhodnutie odporkyne zo dňa 04.09.2015 ako vecne správne potvrdil. Súd rozhodol o trovách konania v zmysle § 250l ods. 1 O.s.p. v spojení s ust. § 250k O.s.p. a rozhodol tak, že procesne neúspešnému navrhovateľovi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https://www.kauzis.sk/judikatura/r/ECLI:SK:KSTT:2016:2016200069.1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