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23Sd/10/2016 z 5. 4. 2016</w:t>
      </w:r>
    </w:p>
    <w:p>
      <w:r>
        <w:t>Rozsudok Krajského súdu Trnava z 5. apríla 2016, sp. zn. 23Sd/10/2016, ECLI:SK:KSTT:2016:2016200071.1</w:t>
      </w:r>
    </w:p>
    <w:p>
      <w:r>
        <w:t>Súd: Krajský súd Trnava</w:t>
      </w:r>
    </w:p>
    <w:p>
      <w:r>
        <w:t>Spisová značka: 23Sd/10/2016</w:t>
      </w:r>
    </w:p>
    <w:p>
      <w:r>
        <w:t>ECLI: ECLI:SK:KSTT:2016:2016200071.1</w:t>
      </w:r>
    </w:p>
    <w:p>
      <w:r>
        <w:t>Dátum vydania: 5. 4. 2016</w:t>
      </w:r>
    </w:p>
    <w:p>
      <w:r>
        <w:t>Forma: Rozsudok</w:t>
      </w:r>
    </w:p>
    <w:p>
      <w:r>
        <w:t>Oblasť práva: Správne právo</w:t>
      </w:r>
    </w:p>
    <w:p>
      <w:pPr>
        <w:pStyle w:val="Heading2"/>
      </w:pPr>
      <w:r>
        <w:t>Text rozhodnutia</w:t>
      </w:r>
    </w:p>
    <w:p>
      <w:r>
        <w:t>Súd: Krajský súd Trnava Spisová značka: 23Sd/10/2016 Identifikačné číslo súdneho spisu: 2016200071 Dátum vydania rozhodnutia: 06. 04. 2016 Meno a priezvisko sudcu, VSÚ: JUDr. Andrea Vyskočová ECLI: ECLI:SK:KSTT:2016:2016200071.1 ROZSUDOK V MENE SLOVENSKEJ REPUBLIKY Krajský súd v Trnave v konaní vedenom pred samosudkyňou JUDr. Andreou Vyskočovou v právnej veci navrhovateľa: M. R., nar. XX.XX.XXXX, bytom XXX XX U., Y. č. X, proti odporkyni: Sociálna poisťovňa - ústredie, ul. 29. augusta č. 8, 813 63 Bratislava, o návrhu na preskúmanie rozhodnutia odporkyne č. XXX XXX XXXX X zo dňa 04.05.2015, takto r o z h o d o l : I. Súd konanie o preskúmanie napadnutého rozhodnutia odporkyne č. XXX XXX XXXX X zo dňa 4. mája 2015 z a s t a v u j e . II. Súd napadnuté rozhodnutie odporkyne č. XXX XXX XXXX X -I zo dňa 12. februára 2016 v spojení s rozhodnutím odporkyne č. XXX XXX XXXX X zo dňa 25. februára 2016 p o t v r d z u j e . III. Súd navrhovateľovi náhradu trov konania nepriznáva. o d ô v o d n e n i e : Navrhovateľ odvolaním doručeným odporkyni dňa 11.06.2015 sa domáhal preskúmania rozhodnutia odporkyne zo dňa 04.05.2015 č. XXX XXX XXXX X. V dôvodoch odvolania uviedol, že žiada o prešetrenie jeho žiadosti o invalidný dôchodok, ktorá bola zamietnutá z dôvodu, že nemá odpracovaný potrebný počet rokov. Podľa osobného listu mu bola započítaná doba v evidencii nezamestnaných od 04.09. - 31.12.2000 a od 01.01.2001 sa mu nezapočítala žiadna doba, hoci bol naďalej v evidencii nezamestnaných, nebola mu ponúknutá žiadna práca. Nakoľko si nemohol nájsť prácu, poberal len sociálne dávky a z týchto dávok nemal ako platiť poistné. Vzhľadom k tomu, že jeho zdravotný stav sa zhoršil a bol hospitalizovaný v psychiatrických zariadeniach, zase bral len sociálne dávky. Vzhľadom na jeho pretrvávajúci zdravotný stav nebude mať odpracovaný predpísaný počet rokov a preto žiada o prípadné priznanie sociálneho dôchodku. Napadnutým rozhodnutím zo dňa 04.05.2015 odporkyňa rozhodla podľa § 70 ods. 1 zák. č. 461/2003 Z.z. o sociálnom poistení v znení neskorších predpisov tak, že zamietla žiadosť navrhovateľa o invalidný dôchodok s odôvodnením, že za invalidného bol uznaný z dôvodu, že má pokles schopnosti vykonávať zárobkovú činnosť o viac ako 70% v porovnaní so zdravou fyzickou osobou, keď jeho dlhodobo nepriaznivý zdravotný stav a pokles schopnosti vykonávať zárobkovú činnosť bol posúdený posudkovým lekárom sociálneho poistenia Sociálnej poisťovne pobočka Trnava a výsledok jeho posúdenia je uvedený v lekárskej správe zo dňa 31.03.2015. Potrebný počet rokov obdobia dôchodkového poistenia na vznik nároku na invalidný dôchodok poistenca vo veku nad 28 rokov do 34 rokov, je najmenej 5 rokov a zisťuje sa z obdobia pred vznikom invalidity. Pred vznikom invalidity, t.j. pred 24.11.2011, navrhovateľ získal 609 dní obdobia dôchodkového poistenia. Pri posúdení nároku na dôchodok boli zhodnotené všetky preukázané obdobia dôchodkového poistenia. Ku dňu vzniku invalidity, t.j. 24.11.2011 navrhovateľ získal 1 rok a 244 dní obdobia dôchodkového poistenia, čím nesplnil podmienku potrebného počtu rokov obdobia dôchodkového poistenia na vznik nároku na invalidný dôchodok. Na základe opravného prostriedku proti napadnutému rozhodnutiu odporkyne bol znovu posúdený zdravotný stav navrhovateľa a to dňa 27.01.2016 posudkovým lekárom Sociálnej poisťovne - ústredie so záverom, že navrhovateľ je od 07.02.2007 invalidný podľa § 71 ods. 1 zák. č. 461/2003 Z.z. o sociálnom poistení, lebo pre dlhodobo nepriaznivý zdravotný stav má pokles schopnosti vykonávať zárobkovú činnosť o viac ako 40% v porovnaní so zdravou fyzickou osobou, keď miera poklesu schopnosti vykonávať zárobkovú činnosť bola určená v percentách 75%. Odporkyňa rozhodnutím zo dňa 12.02.2016 č. XXX XXX XXXX X. - II. rozhodla podľa § 112 zák. č. 461/2003 Z.z. o sociálnom poistení v znení neskorších predpisov tak, že zrušila rozhodnutie Sociálnej poisťovne, ústredie č. XXX XXX XXXX X zo dňa 04.05.2015 o zamietnutí žiadosti o priznanie invalidného dôchodku. Odporkyňa rozhodnutím zo dňa 12.02.2016 č. XXX XXX XXXX X - I rozhodla podľa § 70 ods. 1 zák. č. 461/2003 Z.z. o sociálnom poistení v znení zák. č. 469/2004 Z.z. tak, že zamietla žiadosť navrhovateľa o invalidný dôchodok s odôvodnením, že za invalidného bol uznaný z dôvodu, že má pokles schopnosti vykonávať zárobkovú činnosť o viac ako 70% v porovnaní so zdravou fyzickou osobou. Potrebný počet rokov obdobia dôchodkového poistenia na vznik nároku na invalidný dôchodok poistenca vo veku nad 26 rokov do 28 rokov je najmenej 4 roky a zisťuje sa z obdobia pred vznikom invalidity. Pred vznikom invalidity pred 07.02.2007 navrhovateľ získal 609 dní obdobia dôchodkového poistenia. Pri posúdení nároku na dôchodok boli zhodnotené všetky preukázané obdobia dôchodkového poistenia. Získanie ďalšieho obdobia dôchodkového poistenia nebolo preukázané. Navrhovateľ ku dňu vzniku invalidity získal 1 rok a 244 dní obdobia dôchodkového poistenia, čím nesplnil podmienku potrebného počtu rokov obdobia dôchodkového poistenia na vznik nároku na invalidný dôchodok. Odporkyňa rozhodnutím zo dňa 25.02.2016 č. XXX XXX XXXX X rozhodla podľa § 70 ods. 1 zák. č. 461/2003 Z.z. o sociálnom poistení v znení zák. č. 439/2004 Z.z. tak, že zamietla žiadosť navrhovateľa o invalidný dôchodok. V odôvodnení uvedeného rozhodnutia uviedla, že za invalidného bol navrhovateľ uznaný od 07.02.2007 z dôvodu, že má pokles schopnosti vykonávať zárobkovú činnosť o viac ako 70% v porovnaní so zdravou fyzickou osobou, keď jeho dlhodobo nepriaznivý zdravotný stav a pokles schopnosti vykonávať zárobkovú činnosť bol posúdený posudkovým lekárom sociálneho poistenia Sociálnej poisťovne ústredie dňa 27.01.2016 a výsledok je uvedený v lekárskej správe - odbornom posudku o invalidite zo dňa 27.01.2016. Ku dňu vzniku invalidity, t.j. k 07.02.2007 navrhovateľ získal 26 rokov veku. Potrebný počet rokov obdobia dôchodkového poistenia na vznik nároku na invalidný dôchodok poistenca podľa § 72 ods. 1 písm. d) zák. č. 461/2003 Z.z. v znení zák. č. 721/2004 Z.z. vo veku nad 26 rokov do 28 rokov sú najmenej 4 roky a zisťuje sa z obdobia pred vznikom invalidity. Pred vznikom invalidity navrhovateľ získal 609 dní obdobia dôchodkového poistenia, keď presný rozpis je uvedený v priloženom osobnom liste dôchodkového poistenia. Pri posúdení nároku na dôchodok boli zhodnotené všetky preukázané obdobia dôchodkového poistenia vrátane dôb, ktoré sa za obdobie dôchodkového poistenia podľa zák. č. 461/2003 Z.z. považujú, získanie ďalšieho obdobia dôchodkového poistenia nebolo preukázané. Podľa § 60 ods. 9 zák. č. 461/2003 Z.z. v znení neskorších predpisov rok dôchodkového poistenia je 365 dní dôchodkového poistenia. Z uvedeného vyplýva, že navrhovateľ ku dňu vzniku invalidity získal 1 rok a 244 dní obdobia dôchodkového poistenia. Obdobie vedenia v evidencii nezamestnaných občanov hľadajúci zamestnanie, od 01.01.2001 do 30.07.2001, od 24.04.2002 do 22.05.2002, od 07.01.2003 do 16.04.2003 a od 29.10.2003 do 31.12.2003, počas ktorého nebola navrhovateľovi vyplácaná podpora v nezamestnanosti sa na dôchodkové účely nehodnotili. Podľa § 255 ods. 1 zák. č. 461/2003 Z.z. o sociálnom poistení v znení zák. č. 310/2006 Z.z. sa za obdobie dôchodkového poistenia považuje aj zamestnanie a náhradná doba získaná pred 01.01.2004 podľa zák. č. 100/1988 Zb. o sociálnom zabezpečení v znení neskorších predpisov. Do zamestnania sa na dôchodkové účely započíta aj obdobie pred 01.01.2001, doba vedenia v evidencii nezamestnaných a v období od 01.01.2001 do 31.12.2003 doba vyplácania podpory v nezamestnanosti (§ 169c ods. 1 zák. č. 100/1988 Zb. v znení zák. č. 446/2000 Z.z.). Pretože uvedené obdobie trvalo v období po 31.12.2000 a počas neho nebola vyplácaná podpora v nezamestnanosti, uvedené obdobie nemožno považovať za náhradnú dobu, ani za obdobie dôchodkového poistenia. Navrhovateľovi taktiež nebolo na dôchodkové účely hodnotené obdobie vedenia v evidencii nezamestnaných občanov od 01.01.2004 do 16.03.2004, nakoľko uvedené obdobie nie je obdobím dôchodkového poistenia podľa § 60 zák. č. 461/2003 Z.z. v znení neskorších predpisov. Pretože navrhovateľ nezískal najmenej 4 roky obdobia dôchodkového poistenia, nesplnil podmienku potrebného počtu rokov obdobia dôchodkového poistenia na vznik nároku na invalidný dôchodok, preto bola jeho žiadosť o invalidný dôchodok zamietnutá. Týmto sa mení rozhodnutie č. XXX XXX XXXX X - I. zo dňa 12.02.2016 v časti odôvodnenie. Odporkyňa vo vyjadrení k opravnému prostriedku zo dňa 08.03.2016 uviedla, že navrhovateľ žiadosťou spísanou dňa 31.03.2015 požiadal Sociálnu poisťovňu o priznanie invalidného dôchodku, ktorý žiadal priznať od 23.12.2012. Podľa posudku posudkového lekára sociálneho poistenia Sociálnej poisťovne pobočka Trnava zo dňa 31.03.2015, ktorý bol vypracovaný na základe podanej žiadosti o invalidný dôchodok bol navrhovateľ od 24.11.2011 invalidný podľa ust. § 71 ods. 1 zák. č. 461/2003 Z.z. s mierou poklesu schopnosti vykonávať zárobkovú činnosť 75% v porovnaní so zdravou fyzickou osobou. Na základe podaného opravného prostriedku bol zdravotný stav navrhovateľa opätovne posúdený posudkovým lekárom sociálneho poistenia Sociálnej poisťovne pobočky Trnava dňa 14.10.2015 a posudkovým lekárom sociálneho poistenia Sociálnej poisťovne - ústredie dňa 27.01.2016. Podľa posudku posudkového lekára sociálneho poistenia Sociálnej poisťovne - ústredie zo dňa 27.01.2016 je navrhovateľ od 07.02.2007 invalidný podľa § 71 ods. 1 zák. č. 461/2003 Z.z. s mierou poklesu schopnosti vykonávať zárobkovú činnosť 75% v porovnaní so zdravou fyzickou osobou. V dôsledku zmeny v posudkových záveroch v dátume vzniku invalidity bol opätovne posúdený nárok navrhovateľa na invalidný dôchodok. Rozhodnutím zo dňa 12.02.2016 bolo v rámci autoremedúry zrušené rozhodnutím zo dňa 04.05.2015. Ku dňu vzniku invalidity, t.j. k 07.02.2007 navrhovateľ dovŕšil 26 rokov veku. Potrebný počet rokov obdobia dôchodkového poistenia na vznik nároku na invalidný dôchodok poistenca podľa § 72 ods. 1 písm. d) zák. č. 461/2003 Z.z. v znení zák. č. 721/2004 Z.z. vo veku nad 26 rokov do 28 rokov sú najmenej 4 roky a zisťuje sa z obdobia pred vznikom invalidity. Navrhovateľ ku dňu vzniku invalidity získal 1 rok a 244 dní obdobia dôchodkového poistenia. Nakoľko navrhovateľ nezískal najmenej 4 roky obdobia dôchodkového poistenia pred vznikom invalidity, nesplnil podmienku potrebného počtu rokov obdobia dôchodkového poistenia na vznik nároku na invalidný dôchodok a preto bola jeho žiadosť o invalidný dôchodok zamietnutá. Na prejednanie veci bolo nariadené pojednávanie, na ktorom navrhovateľ uviedol, že on nič nespochybňuje, vie, že nemá odrobených potrebný počet rokov a poberá sociálnu dávku. Navrhovateľ uviedol, že poberal sociálnu dávku 100 eur, ktorá mu bola znížená na 60 eur, čo je nepostačujúci príjem a preto žiadal o prehodnotenie napadnutého rozhodnutia, či súd nemôže priznať nejakú sociálnu dávku. Poverená zástupkyňa odporkyne uviedla, že sa pridržiava písomného vyjadrenia zo dňa 08.03.2016 a žiada napadnuté rozhodnutie zo dňa 12.02.2016 v spojení so zmenovým rozhodnutím zo dňa 25.02.2016 ako vecne správne potvrdiť. Krajský súd preskúmal napadnuté rozhodnutia, ako aj konanie predchádzajúce ich vydaniu postupom v zmysle Druhej hlavy Piatej časti O.s.p. a dospel k záveru, že odvolacie konanie vo veci rozhodnutia odporkyne č. XXX XXX XXXX X zo dňa 04.05.2015 je potrebné zastaviť a že odvolanie proti rozhodnutiu odporkyne č. XXX XXX XXXX X -I. zo dňa 25.02.2016 nie je dôvodné. Podľa § 244 Občianskeho súdneho poriadku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Občianskeho súdneho poriadku (1) Podľa ustanovení tejto hlavy sa postupuje v prípadoch, v ktorých zákon zveruje súdom rozhodovanie o opravných prostriedkoch proti neprávoplatným rozhodnutiam správnych orgánov. Podľa § 70 zákona č. 461/2003 Z.z. o sociálnom poistení (1)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zákona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(5) Miera poklesu schopnosti vykonávať zárobkovú činnosť je uvedená v prílohe č. 4. (6) Miera poklesu schopnosti vykonávať zárobkovú činnosť v percentách sa určuje podľa druhu zdravotného postihnutia, ktoré je rozhodujúcou príčinou dlhodobo nepriaznivého zdravotného stavu, a so zreteľom na závažnosť ostatných zdravotných postihnutí. (7) Jednotlivé percentuálne miery poklesu schopnosti vykonávať zárobkovú činnosť sa nesčítavajú.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72 ods. 1 písm. d) zákona č. 461/2003 Z.z. o sociálnom poistení Počet rokov dôchodkového poistenia na vznik nároku na invalidný dôchodok poistenca vo veku nad 28 rokov do 34 rokov je najmenej päť rokov. Podľa § 72 ods. 2 zákona č. 461/2003 Z.z. o sociálnom poistení Počet rokov dôchodkového poistenia na vznik nároku na invalidný dôchodok sa zisťuje z obdobia pred vznikom invalidity. Z obsahu pripojeného administratívneho spisu súd zistil, že odporkyňa rozhodovala o nároku navrhovateľa na invalidný dôchodok na základe jeho žiadosti spísanej dňa 31.03.2015, ktorou si navrhovateľ uplatnil nárok na invalidný dôchodok od 23.12.2012. Vzhľadom na zrušenie pôvodne napadnutého rozhodnutia č. XXX XXX XXXX X zo dňa 04.05.2015 rozhodnutím č. XXX XXX XXXX X -II zo dňa 12.02.2016 a skutočnosť, že o nároku navrhovateľa bolo ďalej rozhodované, súd konanie o návrhu na preskúmanie rozhodnutia zo dňa 04.05.2015 zastavil postupom v zmysle § 250o O.s.p.. V prejednávanej veci navrhovateľ žiadnym spôsobom relevantne nespochybnil správnosť napadnutého rozhodnutia odporkyne, ktorá zamietla žiadosť navrhovateľa o priznanie invalidného dôchodku z dôvodu, že navrhovateľ je 07.02.2007 invalidný podľa § 71 ods. 1 zák. č. 461/2003 Z.z. s mierou poklesu schopnosti vykonávať zárobkovú činnosť 75% v porovnaní so zdravou fyzickou osobou, avšak ku dňu vzniku invalidity navrhovateľ nezískal najmenej štyri roky obdobia dôchodkového poistenia v zmysle ust. § 72 ods.1 písm. d) zák. č. 461/2003 Z.z., čo ani nebolo v konaní sporné. Skutočnosť, že navrhovateľ poberá len sociálne dávky a jeho príjem je nepostačujúci, nemohla ovplyvniť správnosť napadnutého rozhodnutia. Vzhľadom na uvedené súd napadnuté rozhodnutie odporkyne zo dňa 12.02.2016 v spojení so zmenovým rozhodnutím zo dňa 25.02.2016 ako vecne správne potvrdil. Súd rozhodol o trovách konania postupom v zmysle § 250l ods. 1 O.s.p. v spojení s ust. § 250k O.s.p. tak, že procesne neúspešnému navrhovateľovi nárok na náhradu trov konania nepriznal. Poučenie: Proti tomuto rozhodnutiu je možné podať odvolanie v lehote 15 dní odo dňa doručenia prostredníctvom tunajšieho súdu na Najvyšší súd SR. V odvolaní sa má popri všeobecných náležitostí (§ 42 ods. 3 O.s.p.) uviesť, proti ktorému rozhodnutiu smeruje, v akom rozsahu sa napáda, v čom sa toto rozhodnutie alebo postup súdu považuje za nesprávny a čoho sa odvolateľ domáha.</w:t>
      </w:r>
    </w:p>
    <w:p/>
    <w:p>
      <w:r>
        <w:t>Zdroj: KAUZIS.SK – https://www.kauzis.sk/judikatura/r/ECLI:SK:KSTT:2016:2016200071.1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