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21Sd/11/2016 z 24. 8. 2016</w:t>
      </w:r>
    </w:p>
    <w:p>
      <w:r>
        <w:t>Rozsudok Krajského súdu Trnava z 24. augusta 2016, sp. zn. 21Sd/11/2016, ECLI:SK:KSTT:2016:2016200083.1</w:t>
      </w:r>
    </w:p>
    <w:p>
      <w:r>
        <w:t>Súd: Krajský súd Trnava</w:t>
      </w:r>
    </w:p>
    <w:p>
      <w:r>
        <w:t>Spisová značka: 21Sd/11/2016</w:t>
      </w:r>
    </w:p>
    <w:p>
      <w:r>
        <w:t>ECLI: ECLI:SK:KSTT:2016:2016200083.1</w:t>
      </w:r>
    </w:p>
    <w:p>
      <w:r>
        <w:t>Dátum vydania: 24. 8. 2016</w:t>
      </w:r>
    </w:p>
    <w:p>
      <w:r>
        <w:t>Forma: Rozsudok</w:t>
      </w:r>
    </w:p>
    <w:p>
      <w:r>
        <w:t>Oblasť práva: Správne právo</w:t>
      </w:r>
    </w:p>
    <w:p>
      <w:pPr>
        <w:pStyle w:val="Heading2"/>
      </w:pPr>
      <w:r>
        <w:t>Text rozhodnutia</w:t>
      </w:r>
    </w:p>
    <w:p>
      <w:r>
        <w:t>Súd: Krajský súd Trnava Spisová značka: 21Sd/11/2016 Identifikačné číslo súdneho spisu: 2016200083 Dátum vydania rozhodnutia: 25. 08. 2016 Meno a priezvisko sudcu, VSÚ: JUDr. Božena Husárová ECLI: ECLI:SK:KSTT:2016:2016200083.1 ROZSUDOK V MENE SLOVENSKEJ REPUBLIKY Krajský súd v Trnave sudkyňou JUDr. Boženou Husárovou v právnej veci žalobcu: F. L., nar. XX.XX.XXXX, bytom S. XXX/XX, Y. proti žalovanej: Sociálna poisťovňa, ústredie, so sídlom Ul. 29. augusta č. 8, Bratislava, o preskúmanie rozhodnutia žalovanej č. XXX XXX XXXX X zo dňa 09.12.2015 takto r o z h o d o l : Správny súd rozhodnutie žalovanej č. XXX XXX XXXX X zo dňa 09.12.2015 potvrdzuje. Žalobcovi sa nárok na náhradu trov konania nepriznáva. o d ô v o d n e n i e : 1. Žalovaná rozhodnutím č. XXX XXX XXXX X zo dňa 09.12.2015 podľa § 67 ods. 1 a § 82 zák. č. 461/2003 Z.z. o sociálnom poistení v znení neskorších predpisov priznala žalobcovi od 11.11.2015 predčasný starobný dôchodok vo výške 353,30 eur, ktorý podľa § 1 opatrenia MPSVaR SR č. 283/2015 Z.z. zvýšila na sumu 355,20 eur mesačne. Súčasne rozhodnutím č. XXX XXX XXXX X-II zo dňa 09.12.2015 odňala od 08.02.2016 žalobcovi vyplácanie invalidného dôchodku, ktorý bol poukazovaný v sume 292,70 eur. 2. Proti rozhodnutiu o priznaní predčasného starobného dôchodku podal žalobca odvolanie doručené žalovanej dňa 19.01.2016 a žiadal o jeho preskúmanie. V odôvodnení žiadal o preskúmanie správnosti výšky priznaného predčasného starobného dôchodku a poukázal na to, že mu pre výpočet výšky predčasného starobného dôchodku zrejme neboli započítané odpracované roky 1975-1986 v armáde a rozdiel medzi invalidným dôchodkom, ktorý do doby priznania predčasného starobného dôchodku poberal a priznaným predčasným starobným dôchodkom sa mu zdá nízky. 3. Žalovaná vo vyjadrení k odvolaniu, ktoré bolo súdu doručené dňa 10.02.2016 žiadala, aby konajúci súd rozhodnutie o priznaní predčasného starobného dôchodku, ako aj rozhodnutie o odňatí invalidného dôchodku ako vecne správne potvrdil. Vo vyjadrení poukázala na to, že žalobcovi bol rozhodnutím č. XXX XXX XXXX X zo dňa 03.04.2013 podľa § 70 ods. 1, § 274, § 82 a § 293ce, zák. č. 461/2003 Z.z. priznaný od 27.02.2013 invalidný dôchodok. Žalobca požiadal dňa 11.11.2015 o priznanie predčasného starobného dôchodku, ktorej žiadosti žalovaná vyhovela. Pri výpočte výšky predčasného starobného dôchodku postupovala podľa § 67 ods. 1 a § 82 zák. č. 461/2003 Z.z. Žalobca ku dňu 11.11.2015 získal celkom 15 401 dní obdobia dôchodkového poistenia, čo je 42 rokov a 71 dní . Obdobie rokov 1975-1986, o ktorých žalobca predpokladá, že ich nemá započítané uviedla, že roky 1975-1983 boli zohľadnené ako obdobie dôchodkového poistenia, keď rozhodujúcim obdobím pre určenie výplaty dôchodkov podľa § 63 ods. 6 zák. č. 461/2003 Z.z. sú kalendárne roky 1984-2014, teda doňho nepatria kalendárne roky pred 1. januárom 1984, ani roky, počas ktorých žalobca získal náhradnú dobu, ktorou je obdobie poberania invalidného dôchodku po 31.12.2007 vyplácaného sociálnou poisťovňou, za ktoré nemožno určiť osobný mzdový bod. Uvedené obdobie -roky 1975 -1983 do rozhodujúceho obdobia nepatria, ale sa zhodnocujú ako obdobie dôchodkového poistenia. Za obdobie počtu 664 dní sa znižuje dôchodok o 11,50 %, preto suma predčasného starobného dôchodku je určená vo výške 348,- eur, keď vychádza z priemerného osobného mzdového bodu, ktorý je 0,8719 x 42,1946 rokov obdobia dôchodkového poistenia násobené aktuálnou dôchodkovou hodnotou, ktorá je 10,6865. Keďže suma predčasného starobného dôchodku je vyššia ako suma vyplácaného invalidného dôchodku patrí žalobcovi dôchodok, ktorého suma je vyššia, teda predčasný starobný dôchodok. 4. Krajský súd v Trnave nariadil vo veci pojednávanie, na ktorom vypočul žalobcu i žalovanú. 5. Žalobca zotrval na svojom odvolaní, ktorým namietal nízky rozdiel medzi vyplácaním invalidným dôchodkom a priznaným predčasným starobným dôchodkom. Poukazoval na to, že v rokoch, počas ktorých bol v armáde zarábal nadštandartne, pracoval tiež ako zvárač a jeho známi, ktorí mali nižšie zárobky napriek tomu poberajú vyšší starobný dôchodok ako bol jemu určený, preto takéto rozhodnutie nepovažuje za správne a vyslovil, že s tým, aby sa za rozhodne obdobie pre výpočet dôchodku považovali iba roky od 1984, hoci on najviac zarábal práve v roku 1976, nesúhlasí a z toho dôvodu ani rozhodnutie žalovanej nemôže byť správne. 6. Žalovaná vo vyjadrení odkázala na obsah písomného vyjadrenia zo dňa 03.02.2016 podaného k opravnému prostriedku, ktoré bolo zaslané súdu a žiadala rozhodnutie o priznaní predčasného starobného dôchodku v spojení s rozhodnutím, ktorým došlo k odňatiu invalidného dôchodku ako vecne správne potvrdiť. 7. Krajský súd v Trnave preskúmal žalované rozhodnutie aj konanie, ktoré mu predchádzalo podľa tretej hlavy piatej časti O.s.p. s poukazom na ust. § 492 ods.1 Správneho súdneho poriadku (SSP) a dospel k záveru, že rozhodnutie žalovanej je správne a odvolanie podané žalobcom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63 zák. č. 461/2003 Z.z. 1)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(2) Na hodnotu priemerného osobného mzdového bodu prevyšujúcu hodnotu 3 sa neprihliada. (3) Priemerný osobný mzdový bod v hodnote nižšej ako 1,25 sa započítava v celej výške. Z hodnoty priemerného osobného mzdového bodu od 1,25 do 3 sa započítava v roku a) 2013 80%, b) 2014 76%, c) 2015 72%, d) 2016 68%, e) 2017 64%, f) 2018 a nasledujúcich rokoch 60%. (4) K priemernému osobnému mzdovému bodu v hodnote nižšej ako 1,0 sa pripočíta z rozdielu medzi hodnotou 1,0 a priemerným osobným mzdovým bodom určeným podľa odseku 1 v roku a) 2013 17% b) 2014 18%, c) 2015 19%, d) 2016 20%, e) 2017 21%, f) 2018 a nasledujúcich rokoch 22%. (5) Priemerný osobný mzdový bod po úprave podľa odsekov 3 a 4 sa zaokrúhľuje na štyri desatinné miesta nahor. (6)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(7)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(8) Ak v rozhodujúcom období sú len obdobia uvedené v § 62 ods. 2 prvej vete alebo § 255 ods. 3, priemerný osobný mzdový bod je 0,3. (9) Ak rozhodujúce obdobie určené podľa odsekov 6 a 7 je kratšie ako jeden kalendárny rok, priemerný osobný mzdový bod sa určí ako podiel osobného mzdového bodu dosiahnutého v tomto kratšom období a koeficientu určeného ako podiel počtu dní tohto obdobia dôchodkového poistenia a čísla 365. Koeficient sa zaokrúhľuje na štyri desatinné miesta nahor. Odsek 5 platí rovnako. Všeobecný vymeriavací základ na účely tohto ustanovenia je všeobecný vymeriavací základ, ktorý platil v roku, ktorý dva roky predchádza roku, v ktorom vznikol nárok na dôchodkovú dávku. (10) Ak vznikol nárok na dôchodkovú dávku v kalendárnom roku, v ktorom poistencovi prvý raz vzniklo dôchodkové poistenie, priemerný osobný mzdový bod sa určí ako podiel osobného mzdového bodu dosiahnutého v období od vzniku dôchodkového poistenia do vzniku nároku na dôchodkovú dávku a koeficientu určeného ako podiel počtu dní tohto obdobia dôchodkového poistenia a čísla 365. Koeficient sa zaokrúhľuje na štyri desatinné miesta nahor. Odsek 5 platí rovnako. (11) Ak poistencovi vznikol nárok na dôchodkovú dávku v deň prvého vzniku dôchodkového poistenia, priemerný osobný mzdový bod je osobný mzdový bod určený ako podiel pravdepodobného vymeriavacieho základu na platenie poistného na dôchodkové poistenie za kalendárny mesiac, v ktorom vznikol nárok na dôchodkovú dávku, a jednej dvanástiny všeobecného vymeriavacieho základu. Pravdepodobný vymeriavací základ je vymeriavací základ, z ktorého by sa platilo poistné na dôchodkové poistenie za kalendárny mesiac, v ktorom vznikol nárok na dôchodkovú dávku. Podľa § 68 zák.č. 461/2003 Z.z. (1)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(2) Ak poistenec bol povinne dôchodkovo poistený ako zamestnanec alebo samostatne zárobkovo činná osoba po priznaní predčasného starobného dôchodku, k sume predčasného starobného dôchodku vyplácaného ku dňu zániku nároku na jeho výplatu sa odo dňa zániku tohto dôchodkového poistenia pripočíta suma určená ako súčin súčtu osobných mzdových bodov získaných za obdobie dôchodkového poistenia a aktuálnej dôchodkovej hodnoty platnej ku dňu nasledujúcemu po zániku tohto dôchodkového poistenia. Na hodnotu osobného mzdového bodu podľa prvej vety prevyšujúcu hodnotu 3 sa neprihliada. (3) Ak sa predčasný starobný dôchodok ku dňu zániku nároku na jeho výplatu vyplácal v sume jednej polovice z dôvodu jeho súbehu s vdovským dôchodkom alebo vdoveckým dôchodkom, pri určení sumy predčasného starobného dôchodku podľa odseku 2 sa prihliada na sumu predčasného starobného dôchodku, ktorá by patrila bez jeho zníženia z tohto dôv (4) Na určenie sumy predčasného starobného dôchodku poistenca, ktorý je sporiteľ podľa osobitného predpisu, 1) platí § 66 ods. 6 rovnako. (5) Pre všeobecný vymeriavací základ na určenie osobného mzdového bodu za predposledný rok a posledný rok dôchodkového poistenia po vzniku nároku na predčasný starobný dôchodok platí § 66 ods. 8 rovnako. (6) Suma predčasného starobného dôchodku podľa odseku 2 sa určí v kalendárnom roku len raz. 8. Z predloženého súdneho a administratívneho spisu mal súd preukázané, že žalobca, ktorému bol priznaný od 27.02.2013 invalidný dôchodok žiadosťou zo dňa 11.11.2015 požiadal o priznanie predčasného starobného dôchodku. Nakoľko žalobca splnil podmienky vyžadované podľa § 67 ods. 1 zák. č. 461/2003 Z.z. pre priznanie predčasného starobného dôchodku, keď ku dňu 11.11.2015 získal 42 rokov a 71 dní obdobia dôchodkového poistenia. Doby dôchodkového poistenia sú podrobne rozpísané v osobnom liste dôchodkového poistenia, ktorého správnosť žalobca v podanom opravnom prostriedku nenamietal ale žiadal, aby mu pre priznanie výšky predčasného starobného dôchodku bol započítaný i príjem, ktorý dosahoval v období zamestnania v armáde, čo bolo pred 1. januárom 1984. 9. Z dávkového spisu žalobcu vyplýva, že žalobca bol od 20.03.2001 do 07.08.2001 vedený v evidencii nezamestnaných počas ktorého mu nebola vyplácaná podpora v nezamestnanosti, preto sa táto na dôchodkové účely nehodnotí, o čom bol žalobca vyrozumený podaním žalovanej zo dňa 03.04.2013. Rozhodujúce obdobie pre určenie priemerného osobného mzdového bodu bolo určené podľa § 63 ods.6 zák.č. 461/2003 Z.z. ako kalendárne roky pred rokom, v ktorom boli splnené podmienky na výplatu dôchodku a tými sú roky 1984 až 2014. V odôvodnení rozhodnutia o priznaní predčasného starobného dôchodku žalovaná podrobne všetky doby, ktoré do rozhodujúceho obdobia pre určenie dôchodku patria podrobne rozpísala a uviedla i dôvody, pre ktoré niektoré roky do rozhodného obdobia nepatria, preto súd nepovažuje za potrebné ich opakovať. 10. Žalobca v opravnom prostriedku a aj vo svojej výpovedí na súdnom pojednávaní namietal nesprávnosť určenia výšky predčasného starobného dôchodku, ale bez označenia iných konkrétnych skutočností okrem požiadavky, aby mu bola do rozhodujúceho obdobia pre priznanie predčasného starobného dôchodku zohľadnená i doba rokov 1976 až 1986. 11. Preskúmaním spisového materiálu súd zistil, že žalovaná pri výpočte predčasného starobného dôchodku, vychádzala z osobného listu dôchodkového poistenia, ktorý tvorí prílohu odvolaním napadnutého rozhodnutia. Pri preskúmaní rozhodujúcej doby súd j nezistil žiadnu nezákonnosť, ktorá by zakladala dôvod pre zrušenie vydaného rozhodnutia , preto rozhodnutie žalovanej č. XXX XXX XXXX X zo dňa 09.12.2015 podľa § 250q ods. 2 O.s.p. potvrdil, keď postup žalovanej a výpočet predčasného starobného dôchodku, ku ktorému žalovaná dospela je správny. 12. Na doplnenie správnosti rozhodnutia žalovanej konajúci súd zdôrazňuje, že rozhodujúcim obdobím na zistenie priemerného osobného bodu v zmysle § 63 ods. 6 zák. č. 461/2003 Z.z. u žalobcu sú roky 1984-2014, preto zárobky žalobcu v období do 31.12.1983 nemajú vplyv na určenie osobného mzdového bodu, ani a určenie konečnej výšky predčasného starobného dôchodku. Predmetné zárobky v rokoch 1976 až do 31.12.1983 nie sú z hľadiska určenia výšky predčasného starobného dôchodku relevantné, a tak ani dôvody odvolania nebolo možné konajúcim súdom zohľadniť. Predmet konania bol daný obsahom napadnutého rozhodnutia, ktorým bol žalobcovi priznaný predčasný starobný dôchodok, ktorého výška je určená v súlade s príslušným právnym predpisom, určuje sa individuálne pre každého poistenca a námietka, že inému poistencovi bol určený predčasný starobný dôchodok vo vyššej sume ako žalobcovi nemôže v takomto prípade obstáť. 13. O trovách konania súd rozhodol podľa § 167 ods. 1 SSP a žalobcovi nárok na ich náhradu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