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21Sd/12/2016 z 18. 7. 2016</w:t>
      </w:r>
    </w:p>
    <w:p>
      <w:r>
        <w:t>Uznesenie Krajského súdu Trnava z 18. júla 2016, sp. zn. 21Sd/12/2016, ECLI:SK:KSTT:2016:2016200091.1</w:t>
      </w:r>
    </w:p>
    <w:p>
      <w:r>
        <w:t>Súd: Krajský súd Trnava</w:t>
      </w:r>
    </w:p>
    <w:p>
      <w:r>
        <w:t>Spisová značka: 21Sd/12/2016</w:t>
      </w:r>
    </w:p>
    <w:p>
      <w:r>
        <w:t>ECLI: ECLI:SK:KSTT:2016:2016200091.1</w:t>
      </w:r>
    </w:p>
    <w:p>
      <w:r>
        <w:t>Dátum vydania: 18. 7. 2016</w:t>
      </w:r>
    </w:p>
    <w:p>
      <w:r>
        <w:t>Forma: Uznesenie</w:t>
      </w:r>
    </w:p>
    <w:p>
      <w:pPr>
        <w:pStyle w:val="Heading2"/>
      </w:pPr>
      <w:r>
        <w:t>Text rozhodnutia</w:t>
      </w:r>
    </w:p>
    <w:p>
      <w:r>
        <w:t>Súd: Krajský súd Trnava Spisová značka: 21Sd/12/2016 Identifikačné číslo súdneho spisu: 2016200091 Dátum vydania rozhodnutia: 19. 07. 2016 Meno a priezvisko sudcu, VSÚ: JUDr. Božena Husárová ECLI: ECLI:SK:KSTT:2016:2016200091.1 Uznesenie Krajský súd v Trnave v právnej veci žalobcu: A. E., nar. XX.XX.XXXX, bytom E. C. XXX proti žalovanej : Sociálna poisťovňa - ústredie, so sídlom Ul. 29. augusta č. 8, 813 63 Bratislava, o preskúmanie zákonnosti rozhodnutia žalovanej č. XXX XXX XXXX X zo dňa 14.10.2015 ta k t o r o z h o d o l : Súd konanie z a s t a v u j e . Žiaden z účastníkov nemá právo na náhradu trov konania. o d ô v o d n e n i e : 1. Žalobkyňa návrhom doručeným žalovanej dňa 11.11.2015 žiadala o preskúmanie rozhodnutia č. . XXX XXX XXXX X zo dňa 14.10.2015, ktorým bola jej žiadosť o zvýšenie invalidného dôchodku podľa § 73 a § 112 ods.4 zák.č. 461/2003 Z.z. o sociálnom poistení v znení neskorších predpisov zamietnutá s odkazom na posudok posudkového lekára sociálneho poistenia Sociálnej poisťovne pobočka Galanta, podľa ktorého pokles schopnosti vykonávať zárobkovú činnosť je 55%. 2. Po podaní opravného prostriedku bol zdravotný stav žalobkyne znovu posúdení a podľa posudku posudkového lekára sociálneho poistenia Sociálnej poisťovne ústredie Bratislava zo dňa 11.02.2016 bola miera poklesu schopnosti vykonávať zárobkovú činnosť zmenená na 60%, v súvislosti s ktorým záverom žalovaná v rámci autoremedúry podľa § 112 ods.1 zák.č. 461/2003 Z.z. zrušila napadnuté rozhodnutie zo dňa 14.10.2015 a vydala nové rozhodnutie zo dňa 17.02.2016, ktorým žalobkyni zvýšila invalidný dôchodok. 3. Súd vo veci vytýčil pojednávania na deň 19.07.2016, na ktorom žalobkyňa súdu oznámila, že svoj návrh berie späť a žiada konanie zastaviť. 4. Žalovaná so späťvzatím vo vyjadrení podanom na pojednávaní súhlasila. Podľa § 492 ods. 1 zák. č. 162/2016 Správny súdny poriadok (SSP),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5. Vzhľadom na prejav vôle žalobkyne spočívajúci v späťvzatí návrhu, súd postupoval podľa § 492 ods.1 SSP s odkazom na §250d ods. 3 v spojení s § 250h ods. 2 O.s.p. a konanie zastavil. 6. O náhrade trov konania súd rozhodol podľa § 250l ods. 1, 2 O.s.p. v spojení s § 250h ods. 2 O.s.p. a § 146 ods. 1 písm. c) O.s.p. tak, že žiaden z účastníkov nemá právo na náhradu trov konania .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