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20S/17/2016 z 21. 6. 2016</w:t>
      </w:r>
    </w:p>
    <w:p>
      <w:r>
        <w:t>Uznesenie Krajského súdu Trnava z 21. júna 2016, sp. zn. 20S/17/2016, ECLI:SK:KSTT:2016:2016200105.2</w:t>
      </w:r>
    </w:p>
    <w:p>
      <w:r>
        <w:t>Súd: Krajský súd Trnava</w:t>
      </w:r>
    </w:p>
    <w:p>
      <w:r>
        <w:t>Spisová značka: 20S/17/2016</w:t>
      </w:r>
    </w:p>
    <w:p>
      <w:r>
        <w:t>ECLI: ECLI:SK:KSTT:2016:2016200105.2</w:t>
      </w:r>
    </w:p>
    <w:p>
      <w:r>
        <w:t>Dátum vydania: 21. 6. 2016</w:t>
      </w:r>
    </w:p>
    <w:p>
      <w:r>
        <w:t>Forma: Uznesenie</w:t>
      </w:r>
    </w:p>
    <w:p>
      <w:pPr>
        <w:pStyle w:val="Heading2"/>
      </w:pPr>
      <w:r>
        <w:t>Text rozhodnutia</w:t>
      </w:r>
    </w:p>
    <w:p>
      <w:r>
        <w:t>Súd: Krajský súd Trnava Spisová značka: 20S/17/2016 Identifikačné číslo súdneho spisu: 2016200105 Dátum vydania rozhodnutia: 22. 06. 2016 Meno a priezvisko sudcu, VSÚ: JUDr. Róbert Foltán ECLI: ECLI:SK:KSTT:2016:2016200105.2 Uznesenie Krajský súd v Trnave v právnej veci žalobkyne: Katarína Ružičková, L. Novomeského 1217/84, 905 01 Senica, IČO: 47 876 531, právne zast.: Martin Džačovský, s.r.o., Hviezdoslavova 315, 905 01 Senica, IČO: 47 250 143, proti žalovanému: Národný inšpektorát práce, Masarykova 10, 040 01 Košice, o preskúmanie zákonnosti rozhodnutia žalovaného č. OPS/BEZ/2015/4107 O-337/2015 zo dňa 07.08.2015, t a k t o r o z h o d o l : Súd konanie z a s t a v u j e . Žiaden z účastníkov nemá právo na náhradu trov konania. o d ô v o d n e n i e : Žalobou doručenou Okresnému súdu Košice I dňa 04.09.2015, doplnenou dňa 29.09.2015, následne postúpenou tunajšiemu súdu sa žalobkyňa domáhala, aby súd preskúmal a zrušil napadnuté rozhodnutie žalovaného č. OPS/BEU/2015/4107 O-337/2015 zo dňa 07.08.2015, ktorým tento zamietol odvolanie žalobkyne a potvrdil rozhodnutie Inšpektorátu práce Trnava č.k. R 77/2015/SE, ROZ/2015/219, 2015/10713 zo dňa 03.06.2015, ktorým bola žalobkyni uložená pokuta vo výške 5000 eur za porušenie ust. § 3 ods. 2 v spojení s ust. § 2 ods. 2 písm. b) zák. č. 82/2005 Z.z. o nelegálnej práci a nelegálnom zamestnávaní. Krajský súd v Trnave výzvou (vzor 4a O.s.p.) zo dňa 17.05. 2016, ktorá bola doručená právnemu zástupcovi žalobcu dňa 23.05. 2016, vyzval žalobkyňu na zaplatenie súdneho poplatku za podanú žalobu vo výške 70 eur podľa položky 10 písm. a) Sadzobníka súdnych poplatkov v platnom znení do 10 dní od doručenia výzvy s poučením, že ak poplatok nebude v určenej dobe zaplatený, súd konanie zastaví. Lehota na zaplatenie súdneho poplatku márne uplynula dňom 02.06. 2016. Podľa § 5 ods. 1 písm. a) zákona č. 71/1992 Zb. o súdnych poplatkoch a poplatku za výpis z registra trestov v znení neskorších predpisov (ďalej len zákon o súdnych poplatkoch), poplatková povinnosť vzniká podaním návrhu, odvolania a dovolania alebo žiadosti na vykonanie poplatkového úkonu, ak je poplatníkom navrhovateľ, odvolateľ a dovolateľ. Podľa § 10 ods. 1 zákona o súdnych poplatkoch, ak nebol zaplatený poplatok splatný podaním návrhu na začatie konania alebo dovolania, prvostupňový súd vyzve poplatníka, aby poplatok zaplatil v lehote, ktorú určí spravidla v lehote desiatich dní od doručenia výzvy; ak aj napriek výzve poplatok nebol zaplatený v lehote, súd konanie zastaví. O následkoch nezaplatenia poplatku musí byť poplatník vo výzve poučený. Súd vyzve poplatníka na zaplatenie poplatku splatného podaním návrhu na začatie konania predtým, ako nariadi pojednávanie tak, aby lehota od zaplatenia poplatku do pojednávania, vydania platobného rozkazu a rozkazu na plnenie alebo rozhodnutia bez nariadenia pojednávania nebola dlhšia ako dva mesiace; túto lehotu môže predseda súdu z dôležitých dôvodov predĺžiť. Podľa § 10 ods. 3 zákona o súdnych poplatkoch, prvostupňový súd zruší uznesenie o zastavení konania pre nezaplatenie súdneho poplatku, ak poplatník zaplatí súdny poplatok do konca lehoty na podanie odvolania. Vzhľadom na to, že žalobkyňa nezaplatila súdny poplatok vo výške 70 eur splatný podaním žaloby, ani v zákonnej lehote určenej súdom na zaplatenie súdneho poplatku vo výzve zo dňa 17.05. 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O trovách konania rozhodol súd podľa § 146 ods. 1 písm. c) O.s.p. tak, že žiadnemu z účastníkov nepriznal právo na náhradu trov konania.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https://www.kauzis.sk/judikatura/r/ECLI:SK:KSTT:2016:2016200105.2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