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20S/17/2016 z 10. 7. 2016</w:t>
      </w:r>
    </w:p>
    <w:p>
      <w:r>
        <w:t>Uznesenie Krajského súdu Trnava z 10. júla 2016, sp. zn. 20S/17/2016, ECLI:SK:KSTT:2016:2016200105.3</w:t>
      </w:r>
    </w:p>
    <w:p>
      <w:r>
        <w:t>Súd: Krajský súd Trnava</w:t>
      </w:r>
    </w:p>
    <w:p>
      <w:r>
        <w:t>Spisová značka: 20S/17/2016</w:t>
      </w:r>
    </w:p>
    <w:p>
      <w:r>
        <w:t>ECLI: ECLI:SK:KSTT:2016:2016200105.3</w:t>
      </w:r>
    </w:p>
    <w:p>
      <w:r>
        <w:t>Dátum vydania: 10.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20S/17/2016 Identifikačné číslo súdneho spisu: 2016200105 Dátum vydania rozhodnutia: 11. 07. 2016 Meno a priezvisko sudcu, VSÚ: Mgr. Michal Jureňa ECLI: ECLI:SK:KSTT:2016:2016200105.3 Uznesenie Krajský súd v Trnave v právnej veci žalobkyne: Katarína Ružičková, L. Novomeského 1217/84, 905 01 Senica, IČO: 47 876 531, právne zast.: Martin Džačovský, s.r.o., Hviezdoslavova 315, 905 01 Senica, IČO: 47 250 143, proti žalovanému: Národný inšpektorát práce, Masarykova 10, 040 01 Košice, o preskúmanie zákonnosti rozhodnutia žalovaného č. OPS/BEZ/2015/4107 O-337/2015 zo dňa 07.08.2015, t a k t o r o z h o d o l : Súd uznesenie č.k. 20S/17/2016-58 zo dňa 22. júna 2016 z r u š u j e . o d ô v o d n e n i e : Uznesením pod č. k. 20S/17/2016-58 zo dňa 22. júna 2016 tunajší súd postupom podľa § 10 ods. 1 zákona č. 71/1992 Zb. zastavil konanie o návrhu na preskúmanie zákonnosti rozhodnutia správneho orgánu, nakoľko žalobkyňa v súdom stanovenej lehote nezaplatila súdny poplatok za podanú žalobu. Podľa § 10 ods. 3 prvá veta zákona č. 71/1992 Zb., prvoinštančný súd zruší uznesenie o zastavení konania pre nezaplatenie súdneho poplatku, ak poplatník zaplatí súdny poplatok do konca lehoty na podanie odvolania. Nakoľko žalobkyňa zaplatila v odvolacej lehote dňa 04.07.2016 súdny poplatok prevodom na účet vo výške 70 eur, súd podľa ust. § 10 ods. 3 zákona č. 71/1992 Zb. uznesenie o zastavení konania zrušil s tým, že v konaní sa bude ďalej riadne pokračovať. Poučenie: Proti tomuto uzneseniu je prípustná sťažnosť. Sťažnosť môže podať ten, v koho neprospech bolo uznesenie vydané v lehote 15 dní od doručenia uznesenia na správnom súde, ktorý napadnuté uznesenie vydal. V sťažnosti sa musí okrem všeobecných náležitostí podania uviesť označenie napadnutého uznesenia, dátum, kedy bolo napadnuté uznesenie sťažovateľovi doručené, v čom sa postup správneho súdu považuje za nesprávny a návrh výroku rozhodnutia. O sťažnosti rozhoduje správny súd, ktorý napadnuté uznesenie vydal. Ak nie je sťažnosť dôvodná, správny súd sťažnosť zamietne. Ak je sťažnosť dôvodná, správny súd napadnuté uznesenie zruší alebo zmení; v prípade zrušenia uznesenia je súdny úradník viazaný právnym názorom správneho súdu.</w:t>
      </w:r>
    </w:p>
    <w:p/>
    <w:p>
      <w:r>
        <w:t>Zdroj: KAUZIS.SK – https://www.kauzis.sk/judikatura/r/ECLI:SK:KSTT:2016:2016200105.3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