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20S/18/2016 z 16. 8. 2016</w:t>
      </w:r>
    </w:p>
    <w:p>
      <w:r>
        <w:t>Uznesenie Krajského súdu Trnava z 16. augusta 2016, sp. zn. 20S/18/2016, ECLI:SK:KSTT:2016:2016200106.1</w:t>
      </w:r>
    </w:p>
    <w:p>
      <w:r>
        <w:t>Súd: Krajský súd Trnava</w:t>
      </w:r>
    </w:p>
    <w:p>
      <w:r>
        <w:t>Spisová značka: 20S/18/2016</w:t>
      </w:r>
    </w:p>
    <w:p>
      <w:r>
        <w:t>ECLI: ECLI:SK:KSTT:2016:2016200106.1</w:t>
      </w:r>
    </w:p>
    <w:p>
      <w:r>
        <w:t>Dátum vydania: 16.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20S/18/2016 Identifikačné číslo súdneho spisu: 2016200106 Dátum vydania rozhodnutia: 17. 08. 2016 Meno a priezvisko sudcu, VSÚ: JUDr. Ľubomír Bundzel ECLI: ECLI:SK:KSTT:2016:2016200106.1 Uznesenie Krajský súd v Trnave v právnej veci žalobcu: JOPI TRADE, spol. s r.o., so sídlom Vlčany 155, 925 84 Vlčany, IČO: 34 127 313, právne zastúpený: Mgr. Eva Bognárová, advokátka so sídlom Krížna 17, 811 07 Bratislava, proti žalovanému: Finančné riaditeľstvo Slovenskej republiky, so sídlom Lazovná 63, 974 01 Banská Bystrica, o preskúmanie rozhodnutia žalovaného správneho orgánu č. 21465363/2015 zo dňa 15.12.2015, jednohlasne takto r o z h o d o l : I. Správny súd konanie z a s t a v u j e . II. Žiaden z účastníkov nemá nárok na náhradu trov konania. o d ô v o d n e n i e : 1. Žalobou doručenou správnemu súdu dňa 22.2.2016 sa žalobca prostredníctvom splnomocneného právneho zástupcu domáhal preskúmania zákonnosti rozhodnutia žalovaného správneho orgánu č. 21465363/2015 zo dňa 15.12.2015, ktorým žalovaný potvrdil rozhodnutie Daňového úradu Nitra č. 20752391/2015 zo dňa 2.9.2015, ktorým podľa § 68 ods. 5 a ods. 6 zákona č. 563/2009 Z.z. o správe daní v znení neskorších predpisov určil žalobcovi rozdiel dane v sume 989 132,22 Eur na dani z pridanej hodnoty za zdaňovacie obdobie august 2012, t.j. nepriznal nadmerný odpočet uplatnený v dodatočnom daňovom priznaní v sume 633 648, 58 Eur a vyrubil daň v sume 355 447,64 Eur. 2. Dňa 30.5.2016 bolo správnemu súdu doručené vyjadrenie žalovaného, v ktorom uviedol, že žalobca podaním zo dňa 8.1.2016 žiadal o preskúmanie rozhodnutia č. 21465363/2015 zo dňa 15.12.2015 mimo odvolacieho konania. Žalovaný listom č. 245618/2016 zo dňa 9.3.2016 postúpil tento podnet na Ministerstvo financií Slovenskej republiky, ktoré rozhodnutím č. MF/021054/2016-731 zo dňa 15.4.2016, zrušilo napadnuté rozhodnutie žalovaného č.21465363/2015 zo dňa 15.12.2015 a vec mu vrátilo na ďalšie konanie. 3. Nakoľko v priebehu súdneho konania (dňa 1.7.2016) nadobudol účinnosť zákon č. 162/2015 Z.z. Správny súdny poriadok (S.s.p.), súd v konaní postupoval podľa príslušných ustanovení S.s.p.. 4. Podľa § 99 písm. d) S.s.p. správny súd konanie uznesením zastaví, ak preskúmavané rozhodnutie orgánu verejnej správy alebo opatrenie orgánu verejnej správy bolo medzitým zrušené alebo zmenené na základe mimoriadneho opravného prostriedku; ak zrušujúce rozhodnutie vydané v konaní o mimoriadnom opravnom prostriedku bolo následne na správnom súde napadnuté v inom konaní inou osobou alebo zmeňujúce rozhodnutie vydané v konaní o mimoriadnom opravnom prostriedku bolo následne napadnuté na správnom súde v inom konaní tým istým žalobcom, správny súd uznesením zastaví konanie len so súhlasom žalobcu. 5. Vzhľadom k tomu, že v priebehu súdneho konania bolo napadnuté rozhodnutie žalovaného č. 21465363/2015 zo dňa 15.12.2015 rozhodnutím Ministerstva financií Slovenskej republiky č. MF/021054/2016-731 zo dňa 15.4.2016 zrušené a vec bola žalovanému vrátená na ďalšie konanie, správny súd postupom podľa § 99 písm. d) S.s.p. konanie o žalobe v celom rozsahu zastavil. 6. O trovách konania správny súd rozhodol podľa § 170 písm. b) S.s.p. tak, že žiadnemu z účastníkov nárok na náhradu trov konania nepriznal. Poučenie: Proti tomuto rozhodnutiu je možné podať kasačnú sťažnosť v lehote 30 dní odo dňa doručenia prostredníctvom tohto súdu na Najvyšší súd SR. V kasačnej sťažnosti sa má v zmysle § 445 SSP uviesť označenie napadnutého rozhodnutia, údaj, kedy napadnuté rozhodnutie bolo sťažovateľovi doručené, opísanie rozhodujúcich skutočností, aby bolo zrejmé, v akom rozsahu a z akých dôvodov podľa § 440 SSP sa podáva a návrh výroku rozhodnutia (sťažnostný návrh).</w:t>
      </w:r>
    </w:p>
    <w:p/>
    <w:p>
      <w:r>
        <w:t>Zdroj: KAUZIS.SK – https://www.kauzis.sk/judikatura/r/ECLI:SK:KSTT:2016:2016200106.1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