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20Sd/13/2016 z 14. 3. 2016</w:t>
      </w:r>
    </w:p>
    <w:p>
      <w:r>
        <w:t>Uznesenie Krajského súdu Trnava z 14. marca 2016, sp. zn. 20Sd/13/2016, ECLI:SK:KSTT:2016:2016200111.1</w:t>
      </w:r>
    </w:p>
    <w:p>
      <w:r>
        <w:t>Súd: Krajský súd Trnava</w:t>
      </w:r>
    </w:p>
    <w:p>
      <w:r>
        <w:t>Spisová značka: 20Sd/13/2016</w:t>
      </w:r>
    </w:p>
    <w:p>
      <w:r>
        <w:t>ECLI: ECLI:SK:KSTT:2016:2016200111.1</w:t>
      </w:r>
    </w:p>
    <w:p>
      <w:r>
        <w:t>Dátum vydania: 14.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20Sd/13/2016 Identifikačné číslo súdneho spisu: 2016200111 Dátum vydania rozhodnutia: 15. 03. 2016 Meno a priezvisko sudcu, VSÚ: JUDr. Róbert Foltán ECLI: ECLI:SK:KSTT:2016:2016200111.1 Uznesenie Krajský súd v Trnave v právnej veci navrhovateľa: S. K., nar. XX.XX.XXXX, bytom I. XX/XX, XXX XX S., proti odporkyni: Sociálna poisťovňa - ústredie, so sídlom Ul. 29. augusta 8, 813 63 Bratislava, o preskúmanie zákonnosti rozhodnutia odporkyne, takto r o z h o d o l : Súd p o s t u p u j e vec Krajskému súdu v Trenčíne ako súdu vecne a miestne príslušnému. o d ô v o d n e n i e : Navrhovateľ svojim návrhom zo dňa 02.02.2016, odporkyňou predloženým tunajšiemu súdu dňa 24.02.2016, žiadal o preskúmanie rozhodnutia odporkyne, ktorým táto navrhovateľovi zvýšila starobný dôchodok od 01.01.2016 na sumu minimálneho dôchodku. Podľa § 246 ods. 1 Občianskeho súdneho poriadku (ďalej len „O.s.p.“), na preskúmavanie rozhodnutí a postupov sú vecne príslušné krajské súdy, ak zákon neustanovuje inak. Podľa § 246a ods. 2 O.s.p., v konaní podľa tretej hlavy tejto časti je miestne príslušný všeobecný súd navrhovateľa alebo krajský súd, v ktorého obvode je tento súd. Podľa § 246c ods. 1, veta prvá O.s.p., pre riešenie otázok, ktoré nie sú priamo upravené v tejto časti, sa použijú primerane ustanovenia prvej, tretej a štvrtej časti tohto zákona. Podľa § 103 O.s.p., kedykoľvek za konania prihliada súd na to, či sú splnené podmienky, za ktorých môže konať vo veci (podmienky konania). Podľa § 85 ods.1 O.s.p., všeobecným súdom občana je súd, v obvode ktorého má občan bydlisko, a ak nemá bydlisko, súd, v obvode ktorého sa zdržuje. Podľa § 250d ods. 2 O.s.p., ak predseda senátu zistí, že súd nie je vecne alebo miestne príslušný, postúpi vec uznesením príslušnému súdu. Zo súdneho spisu vyplýva, že bydlisko navrhovateľa sa nachádza v S.. Na prejednanie veci je teda v zmysle ust. § 246a ods. 2 O.s.p. miestne príslušný Krajský súd v Trenčíne ako súd, v obvode ktorého má navrhovateľ trvalé bydlisko. Vzhľadom na vyššie uvedené, tunajší súd postupom podľa už citovaného ust. § 250d ods. 2 O.s.p. rozhodol tak, ako je uvedené vo výroku tohto uznesenia. Poučenie: Proti tomuto uzneseniu odvolanie nie je prípustné (§ 246c ods. 1 veta druhá O.s.p. v spojení s ust. § 250d ods. 2 O.s.p.).</w:t>
      </w:r>
    </w:p>
    <w:p/>
    <w:p>
      <w:r>
        <w:t>Zdroj: KAUZIS.SK – https://www.kauzis.sk/judikatura/r/ECLI:SK:KSTT:2016:2016200111.1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