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14S/12/2016 z 12. 6. 2016</w:t>
      </w:r>
    </w:p>
    <w:p>
      <w:r>
        <w:t>Uznesenie Krajského súdu Trnava z 12. júna 2016, sp. zn. 14S/12/2016, ECLI:SK:KSTT:2016:2016200117.2</w:t>
      </w:r>
    </w:p>
    <w:p>
      <w:r>
        <w:t>Súd: Krajský súd Trnava</w:t>
      </w:r>
    </w:p>
    <w:p>
      <w:r>
        <w:t>Spisová značka: 14S/12/2016</w:t>
      </w:r>
    </w:p>
    <w:p>
      <w:r>
        <w:t>ECLI: ECLI:SK:KSTT:2016:2016200117.2</w:t>
      </w:r>
    </w:p>
    <w:p>
      <w:r>
        <w:t>Dátum vydania: 12. 6. 2016</w:t>
      </w:r>
    </w:p>
    <w:p>
      <w:r>
        <w:t>Forma: Uznesenie</w:t>
      </w:r>
    </w:p>
    <w:p>
      <w:pPr>
        <w:pStyle w:val="Heading2"/>
      </w:pPr>
      <w:r>
        <w:t>Text rozhodnutia</w:t>
      </w:r>
    </w:p>
    <w:p>
      <w:r>
        <w:t>Súd: Krajský súd Trnava Spisová značka: 14S/12/2016 Identifikačné číslo súdneho spisu: 2016200117 Dátum vydania rozhodnutia: 13. 06. 2016 Meno a priezvisko sudcu, VSÚ: JUDr. Pavol Laczo ECLI: ECLI:SK:KSTT:2016:2016200117.2 Uznesenie Krajský súd v Trnave v právnej veci žalobcu: MUDr. U. F., nar. X.X.XXXX, bytom M. R. X. XXX/X, XXX XX N., proti žalovanému: Finančné riaditeľstvo Slovenskej republiky, so sídlom Lazovná 63, 974 01 Banská Bystrica, o preskúmanie rozhodnutia žalovaného správneho orgánu č. 1652573/2015 zo dňa 10.11.2015, takto r o z h o d o l : Súd konanie zastavuje. Žiaden z účastníkov nemá nárok na náhradu trov konania. o d ô v o d n e n i e : Žalobou doručenou Krajskému súdu v Banskej Bystrici dňa 04.01.2016 a tunajšiemu súdu postúpenou dňa 01.03.2016 sa žalobca domáhal preskúmania rozhodnutia žalovaného č.1652573/2015 zo dňa 10.11.2015, ktorým potvrdil rozhodnutie obce Cífer č. 2015/00740/02/1 zo dňa 18.03.2015, ktorým podľa § 99e ods. 1 zákona č. 582/2004 Z. z. o miestnych daniach a miestnom poplatku za komunálne odpady a drobné stavebné odpady a zákona č. 563/2009 Z. z. o správe daní vyrubila žalobcovi daň z nehnuteľnosti za rok 2015 v sume 58,74 Eur. Krajský súd v Trnave s poukazom na podmienku povinného zastúpenia advokátom v zmysle § 250a O.s.p. uznesením č.k.14S/12/2016 - 12 zo dňa 6.4.2016 vyzval žalobcu, aby v lehote 10 dní od doručenia tohto uznesenia doplnil žalobu tak, že predloží súdu plnú moc udelenú advokátovi na zastupovanie v tomto konaní, pokiaľ sám nemá právnické vzdelanie. Súd zároveň žalobcu poučil o následkoch nesplnenia si tejto povinnosti. Predmetné uznesenie bolo žalobcovi doručené do vlastných rúk dňa 13.5.2016. Žalobca v stanovenej lehote súdu nepredložil plnú moc udelenú advokátovi na zastupovanie v konaní ani nepreukázal, že má právnické vzdelanie. Podľa § 250a O.s.p. žalobca musí byť zastúpený advokátom, pokiaľ nemá právnické vzdelanie buď sám, alebo jeho zamestnanec (člen), ktorý zaňho na súde koná; to neplatí vo veciach, v ktorých je daná vecná príslušnosť okresného súdu, alebo ak ide o preskúmanie rozhodnutia a postupu vo veciach zdravotného poistenia, sociálneho zabezpečenia vrátane nemocenského poistenia, dôchodkového zabezpečenia, štátnych sociálnych dávok, sociálnej pomoci a poistenia v nezamestnanosti, aktívnej politiky trhu práce a garančného fondu, poskytovania zdravotnej starostlivosti, vo veciach priestupkov a vo veciach azylu a doplnkovej ochrany.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ods.2). Odvolanie proti uzneseniu je prípustné. V konaní o preskúmaní rozhodnutia správneho orgánu žalobca musí byť zastúpený advokátom, pokiaľ sám nemá právnické vzdelanie. Nakoľko žalobca do dnešného dňa nepripojil k žalobe plnú moc udelenú advokátovi na zastupovanie v tomto konaní, nepreukázal, že sám má právnické vzdelanie a nejde o žiadnu z výnimiek uvedených v ust. § 250a O.s.p. súd v súlade s vyššie citovaným zákonným ustanovením rozhodol tak, ako je uvedené vo výroku tohto uznesenia. O trovách konania rozhodol súd podľa § 146 ods. 1 písm. c) O.s.p. tak, že žiadnemu z účastníkov nepriznal právo na náhradu trov konania. Toto rozhodnutie senát Krajského súdu v Trnave prijal pomerom hlasov 3:0 (§ 3 ods. 9 zák. č. 757/2004 Z.z. v znení zák. č. 33/2011 Z.z.). Poučenie: Proti tomuto uzneseniu možno podať odvolanie do 15 dní odo dňa jeho doručenia na Najvyšší súd SR prostredníctvom Krajského súdu v Trnave, písomne, dvojmo. Podľa § 205 ods. 1 O.s.p. v odvolaní sa má popri všeobecných náležitostiach (§ 42 ods. 3) uviesť, proti ktorému rozhodnutiu smeruje, v akom rozsahu sa napáda, v čom sa toto rozhodnutie alebo postup súdu považuje za nesprávny a čoho sa odvolateľ domáha.</w:t>
      </w:r>
    </w:p>
    <w:p/>
    <w:p>
      <w:r>
        <w:t>Zdroj: KAUZIS.SK – https://www.kauzis.sk/judikatura/r/ECLI:SK:KSTT:2016:2016200117.2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