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44Sd/14/2016 z 5. 4. 2016</w:t>
      </w:r>
    </w:p>
    <w:p>
      <w:r>
        <w:t>Uznesenie Krajského súdu Trnava z 5. apríla 2016, sp. zn. 44Sd/14/2016, ECLI:SK:KSTT:2016:2016200119.1</w:t>
      </w:r>
    </w:p>
    <w:p>
      <w:r>
        <w:t>Súd: Krajský súd Trnava</w:t>
      </w:r>
    </w:p>
    <w:p>
      <w:r>
        <w:t>Spisová značka: 44Sd/14/2016</w:t>
      </w:r>
    </w:p>
    <w:p>
      <w:r>
        <w:t>ECLI: ECLI:SK:KSTT:2016:2016200119.1</w:t>
      </w:r>
    </w:p>
    <w:p>
      <w:r>
        <w:t>Dátum vydania: 5. 4. 2016</w:t>
      </w:r>
    </w:p>
    <w:p>
      <w:r>
        <w:t>Forma: Uznesenie</w:t>
      </w:r>
    </w:p>
    <w:p>
      <w:pPr>
        <w:pStyle w:val="Heading2"/>
      </w:pPr>
      <w:r>
        <w:t>Text rozhodnutia</w:t>
      </w:r>
    </w:p>
    <w:p>
      <w:r>
        <w:t>Súd: Krajský súd Trnava Spisová značka: 44Sd/14/2016 Identifikačné číslo súdneho spisu: 2016200119 Dátum vydania rozhodnutia: 06. 04. 2016 Meno a priezvisko sudcu, VSÚ: JUDr. Pavol Laczo ECLI: ECLI:SK:KSTT:2016:2016200119.1 Uznesenie Krajský súd v Trnave v právnej veci navrhovateľky: Mgr. V. W., nar. XX.XX.XXXX, bytom M. XXX/XX, XXX XX Y., proti odporkyni: Sociálna poisťovňa - ústredie, so sídlom Ul. 29. augusta č. 8, 813 63 Bratislava, o preskúmanie zákonnosti rozhodnutia odporkyne, takto r o z h o d o l : Súd konanie z a s t a v u j e. Žiaden z účastníkov nemá právo na náhradu trov konania. o d ô v o d n e n i e : Návrhom doručeným odporkyni dňa 28.01.2016 žiadala navrhovateľka o preskúmanie rozhodnutia č. XXX XXX XXXX X zo dňa 03.12.2015, ktorým bol navrhovateľke v súlade s ust. § 82 zák. č. 461/2003 Z.z. o sociálnom poistení v znení neskorších predpisov od 01.01.2016 zvýšený starobný a vdovský dôchodok. Odporkyňa podala k návrhu na preskúmanie napadnutého rozhodnutia vyjadrenie zo dňa 18.02.2016, v ktorom žiadala, aby súd napadnuté rozhodnutie potvrdil z dôvodov bližšie špecifikovaných v predmetnom vyjadrení. Navrhovateľka po oboznámení sa s vyššie uvedenými závermi, podaním doručeným tunajšiemu súdu dňa 24.03.2016 oznámila, že berie opravný prostriedok späť a konanie žiada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