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20Sd/14/2016 z 21. 3. 2016</w:t>
      </w:r>
    </w:p>
    <w:p>
      <w:r>
        <w:t>Uznesenie Krajského súdu Trnava z 21. marca 2016, sp. zn. 20Sd/14/2016, ECLI:SK:KSTT:2016:2016200124.1</w:t>
      </w:r>
    </w:p>
    <w:p>
      <w:r>
        <w:t>Súd: Krajský súd Trnava</w:t>
      </w:r>
    </w:p>
    <w:p>
      <w:r>
        <w:t>Spisová značka: 20Sd/14/2016</w:t>
      </w:r>
    </w:p>
    <w:p>
      <w:r>
        <w:t>ECLI: ECLI:SK:KSTT:2016:2016200124.1</w:t>
      </w:r>
    </w:p>
    <w:p>
      <w:r>
        <w:t>Dátum vydania: 21. 3. 2016</w:t>
      </w:r>
    </w:p>
    <w:p>
      <w:r>
        <w:t>Forma: Uznesenie</w:t>
      </w:r>
    </w:p>
    <w:p>
      <w:pPr>
        <w:pStyle w:val="Heading2"/>
      </w:pPr>
      <w:r>
        <w:t>Text rozhodnutia</w:t>
      </w:r>
    </w:p>
    <w:p>
      <w:r>
        <w:t>Súd: Krajský súd Trnava Spisová značka: 20Sd/14/2016 Identifikačné číslo súdneho spisu: 2016200124 Dátum vydania rozhodnutia: 22. 03. 2016 Meno a priezvisko sudcu, VSÚ: JUDr. Róbert Foltán ECLI: ECLI:SK:KSTT:2016:2016200124.1 Uznesenie Krajský súd v Trnave v právnej veci navrhovateľa: H. B., nar. XX.XX.XXXX, bytom B. R. XXX, XXX XX R. V. V.,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doručeným odporkyni dňa 08.02.2016, žiadal o preskúmanie rozhodnutia odporkyne č. XXX XXX XXXX X zo dňa 05.01.2016, ktorým odporkyňa postupom podľa ust. § 112 ods. 3 a 6, § 263 ods. 1 a § 82 zákona č. 461/2003 Z. z. o sociálnom poistení v znení neskorších predpisov navrhovateľovi znížila invalidný dôchodok od 16.02.2016 na sumu 176,70 EUR mesačne. Navrhovateľ na základe podaného opravného prostriedku žiadal o preskúmanie vyššie uvedeného rozhodnutia, pričom predovšetkým namietal zníženie invalidného dôchodku. Odporkyňa podala k návrhu na preskúmanie napadnutého rozhodnutia vyjadrenie zo dňa 01.03.2016, v ktorom žiadala, aby tunajší súd opravným prostriedkom napadnuté rozhodnutie ako vecne správne potvrdil. Navrhovateľ po oboznámení sa s týmto záverom ešte pred pojednávaním podaním zo dňa 15.03.2016, doručeným súdu dňa 18.03.2016, vzal podaný opravný prostriedok späť a súčasne požiadal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