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44Sd/15/2016 z 6. 4. 2016</w:t>
      </w:r>
    </w:p>
    <w:p>
      <w:r>
        <w:t>Uznesenie Krajského súdu Trnava z 6. apríla 2016, sp. zn. 44Sd/15/2016, ECLI:SK:KSTT:2016:2016200126.1</w:t>
      </w:r>
    </w:p>
    <w:p>
      <w:r>
        <w:t>Súd: Krajský súd Trnava</w:t>
      </w:r>
    </w:p>
    <w:p>
      <w:r>
        <w:t>Spisová značka: 44Sd/15/2016</w:t>
      </w:r>
    </w:p>
    <w:p>
      <w:r>
        <w:t>ECLI: ECLI:SK:KSTT:2016:2016200126.1</w:t>
      </w:r>
    </w:p>
    <w:p>
      <w:r>
        <w:t>Dátum vydania: 6. 4. 2016</w:t>
      </w:r>
    </w:p>
    <w:p>
      <w:r>
        <w:t>Forma: Uznesenie</w:t>
      </w:r>
    </w:p>
    <w:p>
      <w:pPr>
        <w:pStyle w:val="Heading2"/>
      </w:pPr>
      <w:r>
        <w:t>Text rozhodnutia</w:t>
      </w:r>
    </w:p>
    <w:p>
      <w:r>
        <w:t>Súd: Krajský súd Trnava Spisová značka: 44Sd/15/2016 Identifikačné číslo súdneho spisu: 2016200126 Dátum vydania rozhodnutia: 07. 04. 2016 Meno a priezvisko sudcu, VSÚ: JUDr. Pavol Laczo ECLI: ECLI:SK:KSTT:2016:2016200126.1 Uznesenie Krajský súd v Trnave v právnej veci navrhovateľa: C. F., nar. XX.XX.XXXX, bytom X. XXX, XXX XX F., proti odporkyni: Sociálna poisťovňa - ústredie, ul. 29. augusta č. 8, 813 63 Bratislava, o preskúmanie rozhodnutia odporkyne č. XXX XXX XXXX X zo dňa 21.10.2015, takto r o z h o d o l : Súd konanie z a s t a v u j e. Žiaden z účastníkov nemá nárok na náhradu trov konania. o d ô v o d n e n i e : Návrhom doručeným Sociálnej poisťovni - ústredie dňa 19.11.2015, sa navrhovateľ domáhal preskúmania zákonnosti rozhodnutia odporkyne č. XXX XXX XXXX X zo dňa 21.10.2015, ktorým mu bola podľa § 70 a § 71 zákona č. 461/2003 Z. z. o sociálnom poistení a podľa čl. 46 nariadenia (ES) Európskeho parlamentu a Rady č. 883/2004 o koordinácii systémov sociálneho zabezpečenia zamietnutá žiadosť o invalidný dôchodok zo dňa 29.09.2015. Podaním doručeným súdu dňa 21.03.2016 navrhovateľ oznámil, že na podanom návrhu netrvá, berie ho späť a konanie žiada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