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21Sd/16/2016 z 30. 3. 2016</w:t>
      </w:r>
    </w:p>
    <w:p>
      <w:r>
        <w:t>Uznesenie Krajského súdu Trnava z 30. marca 2016, sp. zn. 21Sd/16/2016, ECLI:SK:KSTT:2016:2016200131.1</w:t>
      </w:r>
    </w:p>
    <w:p>
      <w:r>
        <w:t>Súd: Krajský súd Trnava</w:t>
      </w:r>
    </w:p>
    <w:p>
      <w:r>
        <w:t>Spisová značka: 21Sd/16/2016</w:t>
      </w:r>
    </w:p>
    <w:p>
      <w:r>
        <w:t>ECLI: ECLI:SK:KSTT:2016:2016200131.1</w:t>
      </w:r>
    </w:p>
    <w:p>
      <w:r>
        <w:t>Dátum vydania: 30. 3. 2016</w:t>
      </w:r>
    </w:p>
    <w:p>
      <w:r>
        <w:t>Forma: Uznesenie</w:t>
      </w:r>
    </w:p>
    <w:p>
      <w:pPr>
        <w:pStyle w:val="Heading2"/>
      </w:pPr>
      <w:r>
        <w:t>Text rozhodnutia</w:t>
      </w:r>
    </w:p>
    <w:p>
      <w:r>
        <w:t>Súd: Krajský súd Trnava Spisová značka: 21Sd/16/2016 Identifikačné číslo súdneho spisu: 2016200131 Dátum vydania rozhodnutia: 31. 03. 2016 Meno a priezvisko sudcu, VSÚ: JUDr. Božena Husárová ECLI: ECLI:SK:KSTT:2016:2016200131.1 Uznesenie Krajský súd v Trnave v právnej veci navrhovateľky: M. A., nar. XX.XX.XXXX, bytom V. Z. XXX/X, XXX XX Z., zastúpená: JUDr. N. A., bytom I. XXX, XXX XX E. G. Z., korešpondenčná adresa: I. XXXX/X, XXX XX Z.,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Návrhom doručeným odporkyni dňa 16.11.2016 žiadala navrhovateľka, prostredníctvom zástupkyne, o preskúmanie rozhodnutia č. XXX XXX XXXX X zo dňa 03.11.2015, ktorým odporkyňa rozhodla, že navrhovateľke nevznikol nárok na zvýšenie starobného dôchodku na sumu minimálneho dôchodku od 01.07.2015. Odporkyňa podala k návrhu na preskúmanie napadnutého rozhodnutia vyjadrenie zo dňa 30.12.2015, v ktorom žiadala, aby súd napadnuté rozhodnutie potvrdil z dôvodov bližšie špecifikovaných v predmetnom vyjadrení zo dňa 30.12.2015. Navrhovateľka po oboznámení sa s vyššie uvedenými závermi, prostredníctvom zástupkyne, podaním doručeným tunajšiemu súdu dňa 22.03.2016 oznámila, že berie opravný prostriedok späť a konanie žiada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