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43Sd/12/2016 z 13. 4. 2016</w:t>
      </w:r>
    </w:p>
    <w:p>
      <w:r>
        <w:t>Uznesenie Krajského súdu Trnava z 13. apríla 2016, sp. zn. 43Sd/12/2016, ECLI:SK:KSTT:2016:2016200141.1</w:t>
      </w:r>
    </w:p>
    <w:p>
      <w:r>
        <w:t>Súd: Krajský súd Trnava</w:t>
      </w:r>
    </w:p>
    <w:p>
      <w:r>
        <w:t>Spisová značka: 43Sd/12/2016</w:t>
      </w:r>
    </w:p>
    <w:p>
      <w:r>
        <w:t>ECLI: ECLI:SK:KSTT:2016:2016200141.1</w:t>
      </w:r>
    </w:p>
    <w:p>
      <w:r>
        <w:t>Dátum vydania: 13. 4. 2016</w:t>
      </w:r>
    </w:p>
    <w:p>
      <w:r>
        <w:t>Forma: Uznesenie</w:t>
      </w:r>
    </w:p>
    <w:p>
      <w:pPr>
        <w:pStyle w:val="Heading2"/>
      </w:pPr>
      <w:r>
        <w:t>Text rozhodnutia</w:t>
      </w:r>
    </w:p>
    <w:p>
      <w:r>
        <w:t>Súd: Krajský súd Trnava Spisová značka: 43Sd/12/2016 Identifikačné číslo súdneho spisu: 2016200141 Dátum vydania rozhodnutia: 14. 04. 2016 Meno a priezvisko sudcu, VSÚ: JUDr. Ľubomír Bundzel ECLI: ECLI:SK:KSTT:2016:2016200141.1 Uznesenie Krajský súd v Trnave v právnej veci navrhovateľky: P. E., nar. X.XX.XXXX, bytom R. XX, XXX XX R., proti odporkyni: Sociálna poisťovňa - ústredie, ul. 29. augusta č. 8, 813 63 Bratislava, o preskúmanie rozhodnutia odporkyne č. XXX XXX XXXX X zo dňa 17.12.2015, t a k t o r o z h o d o l : Súd konanie z a s t a v u j e . Žiaden z účastníkov nemá právo na náhradu trov konania. o d ô v o d n e n i e : Návrhom doručeným Sociálnej poisťovni - ústrediu dňa 11.01.2016, sa navrhovateľka domáhala preskúmania zákonnosti rozhodnutia odporkyne č. XXX XXX XXXX X zo dňa 17.12.2015, ktorým jej bola podľa § 70 zákona č. 461/2003 Z. z. o sociálnom poistení zamietnutá žiadosť o invalidný dôchodok zo dňa 28.10.2015. Navrhovateľka zároveň žiadala o znovuposúdenie jej zdravotného stavu a tak, dňa 02.03.2016 bol zdravotný stav navrhovateľky znovu posúdený posudkovým lekárom sociálneho poistenia, ktorý v posudku zo dňa 02.03.2016 vyslovil záver, že navrhovateľka je invalidná podľa § 71 ods. 1 zák. č. 461/2003 Z. z. o sociálnom poistení, nakoľko pre dlhodobo nepriaznivý zdravotný stav má pokles schopnosti vykonávať zárobkovú činnosť 45 % v porovnaní so zdravou fyzickou osobou. Navrhovateľka po oboznámení sa s lekárskou správou zo dňa 02.03.2016, podaním doručeným tunajšiemu súdu dňa 30.03.2016 návrh na preskúmanie rozhodnutia vzala späť a konanie žiadala zastaviť. Krajský súd v Trnave ako súd vecne a miestne príslušný ( §246 ods. 1 a §246a ods. 2 O.s.p. ) po zistení, že opravný prostriedok podala včas oprávnená osoba - účastník konania ( §250m ods. 2 a 3 O.s.p. ) proti rozhodnutiu, proti ktorému je tento opravný prostriedok prípustný ( §250l ods. 1 O.s.p. ), vzhľadom na právny úkon navrhovateľky - späťvzatie návrhu - opravného prostriedku dospel k záveru, že je dôvodné v súlade s ustanovením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žiaden z účastníkov nemá právo na náhradu trov konania.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