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21Sd/18/2016 z 24. 8. 2016</w:t>
      </w:r>
    </w:p>
    <w:p>
      <w:r>
        <w:t>Rozsudok Krajského súdu Trnava z 24. augusta 2016, sp. zn. 21Sd/18/2016, ECLI:SK:KSTT:2016:2016200149.1</w:t>
      </w:r>
    </w:p>
    <w:p>
      <w:r>
        <w:t>Súd: Krajský súd Trnava</w:t>
      </w:r>
    </w:p>
    <w:p>
      <w:r>
        <w:t>Spisová značka: 21Sd/18/2016</w:t>
      </w:r>
    </w:p>
    <w:p>
      <w:r>
        <w:t>ECLI: ECLI:SK:KSTT:2016:2016200149.1</w:t>
      </w:r>
    </w:p>
    <w:p>
      <w:r>
        <w:t>Dátum vydania: 24. 8. 2016</w:t>
      </w:r>
    </w:p>
    <w:p>
      <w:r>
        <w:t>Forma: Rozsudok</w:t>
      </w:r>
    </w:p>
    <w:p>
      <w:r>
        <w:t>Oblasť práva: Správne právo</w:t>
      </w:r>
    </w:p>
    <w:p>
      <w:pPr>
        <w:pStyle w:val="Heading2"/>
      </w:pPr>
      <w:r>
        <w:t>Text rozhodnutia</w:t>
      </w:r>
    </w:p>
    <w:p>
      <w:r>
        <w:t>Súd: Krajský súd Trnava Spisová značka: 21Sd/18/2016 Identifikačné číslo súdneho spisu: 2016200149 Dátum vydania rozhodnutia: 25. 08. 2016 Meno a priezvisko sudcu, VSÚ: JUDr. Božena Husárová ECLI: ECLI:SK:KSTT:2016:2016200149.1 ROZSUDOK V MENE SLOVENSKEJ REPUBLIKY Krajský súd v Trnave sudkyňou JUDr. Boženou Husárovou v právnej veci žalobcu: M. N., nar. XX.XX.XXXX, bytom L. G. XXX/XX, X. M. proti žalovanej: Sociálna poisťovňa, ústredie, so sídlom Ul. 29. augusta č. 8, Bratislava, o preskúmanie rozhodnutia žalovanej č. XXX XXX XXXX X zo dňa 01.12.2015 takto r o z h o d o l : Správny súd rozhodnutie žalovanej č. XXX XXX XXXX X zo dňa 01.12.2015 podľa § 250j ods. 2 písm. c) O. s. p. zrušuje a vec jej vracia na ďalšie konanie. Žalobkyni sa nárok na náhradu trov konania nepriznáva. o d ô v o d n e n i e : 1. Žalovaná rozhodnutím č. XXX XXX XXXX X zo dňa 01.12.2015 podľa § 70 ods. 1 a § 82 zák. č. 461/2003 Z.z. o sociálnom poistení v znení neskorších predpisov priznala žalobkyni invalidný dôchodok vo výške 294,80 eur mesačne, ktorý jej s poukazom na §1 opatrenie MPSVaR SR č. 283/2015 Z.z. zvýšila na sumu 295,80 eur mesačne. V odôvodnení žalovaná poukázala na to, že žalobkyňa má pokles schopnosti vykonávať zárobkovú činnosť po posúdení posudkovým lekárom sociálneho poistenia Sociálnej poisťovne, pobočka Dunajská Streda zo dňa 12.08.2015 v rozsahu 70 % v porovnaní so zdravou fyzickou osobou od 01.08.2015, od ktorého dňa bola uznaná invalidnou . 2. Žalobkyňa podala proti predmetnému rozhodnutiu odvolanie doručené žalovanej dňa 18.01.2016, v ktorom poukazovala na to, že jej ochorenie trvá už od roku 2005, pričom dlhodobo nepriaznivý zdravotný stav s poklesom miery schopnosti vykonávať zárobkovú činnosť trvá podľa jej názoru u nej už od roku 2012, preto nesúhlasí s dátumom určenia vzniku invalidity a žiada o preskúmanie správnosti tohto posúdenia. 3. Žalovaná vo vyjadrení k návrhu, ktoré bolo súdu doručené dňa 18.03.2016 žiadala, aby konajúci súd predmetné rozhodnutie ako vecne správne potvrdil. Poukázala na to, že na základe odvolania žalobkyne bol jej zdravotný stav opätovne posúdený posudkovým lekárom sociálneho poistenia Sociálnej poisťovne, ústredia podľa § 219 zák. č. 461/2003 Z.z., pričom i podľa tohto posudku je žalobkyňa invalidná od 01.08.2015 s mierou poklesu schopnosti vykonávať zárobkovú činnosť v rozsahu 70 %. Žalovaná zdôraznila, že žalobkyňa v konaní o opravnom prostriedku predloženými listinnými dôkazmi, ktorými sú najmä odborné lekárske nálezy nepreukázala, že by jej zdravotný stav bol na úrovni invalidity už predtým, ako bolo určené v posudku a teda žalobkyňa žiadnym dôkazom nespochybnila správnosť rozhodnutia žalovanej. 4. Správny krajský súd z dôvodov preskúmania správnosti rozhodnutia žalovanej a dôvodnosti podaného návrhu žalobkyňou nariadil vo veci pojednávanie, na ktorom vypočul žalobkyňu i žalovanú. 5. Žalobkyňa zotrvala na svojom tvrdení a predložila súdu lekárske nálezy, ktoré má vystavené o svojom ochorení už od roku 2011 a ktoré odôvodňujú zmenu vzniku invalidity od 01.08.2015. Predmetné lekárske nálezy nepredložila posudkovým lekárom, nakoľko predpokladala, že si ich žalovaná zabezpečí, ale po doručení rozhodnutia vzhľadom na dátum určenia vzniku invalidity zistila, že ich žalovaná pri vyhotovení lekárskeho posudku zrejme nemala, preto ich predkladá súdu a žiada, aby na ich základe bol opätovne jej zdravotný stav posúdený. 6. Žalovaná vo vyjadrení žiadala rozhodnutie v súlade s vyjadrením, ktoré bolo predložené súdu dňa 18.03.2016 potvrdiť. Zároveň po vyjadrení žalobkyne uviedla, že ak sú pre zmenu predmetného rozhodnutia zo strany žalobkyne predložené relevantné skutočnosti, nebráni sa opätovnému posúdeniu jej zdravotného stavu. 7. Krajský súd preskúmal žalované rozhodnutie aj konanie, ktoré mu predchádzalo podľa tretej hlavy piatej časti O.s.p. s poukazom na ust. § 492 ods.1 Správneho súdneho poriadku (SSP) a dospel k záveru, že rozhodnutie žalovanej vzhľadom na súdu predložené listiny nie je možné potvrdiť.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8. Zo spisu správny krajský súd zistil, že na základe podaného odvolania žalobkyňou proti rozhodnutiu Sociálnej poisťovne, ústredie, ktorým jej bol priznaný invalidný dôchodok od 01.08.2015 žalovaná opätovne posúdila jej zdravotný stav posudkom zo dňa 09.08.2016, ktorým ale dátum vzniku invalidity nebol zmenený. Súd mal preukázané, že posudkový lekár v rozhodnom čase pri vypracovaní posudku nedisponoval lekárskymi nálezmi, ktoré boli predložené žalobkyňou v súdnom konaní a práve ktorými preukazuje a odôvodňuje nesprávnosť rozhodnutia žalovanej v časti týkajúcej sa posúdenia dátumu vzniku invalidity a ktorými sa tak posudkoví lekári, ktorí vyhotovovali lekárske posudky pre žalovanú nezaoberali, z nich vyplývajúce skutočnosti nevyhodnotili, pretože nimi ani nedisponovali, z toho dôvodu nie je možné rozhodnutie žalovanej v časti určenia vzniku invalidity považovať za správne. Je povinnosťou žalovanej v správnom konaní presne a úplne zistiť skutočný stav veci a obstarať si tak potrebné doklady pre rozhodnutie (§195 zák.č. 461/2003 Z.z.) 9. Vzhľadom na vyššie uvedené správny súd rozhodnutie žalovanej podľa § 250j ods. 2 písm. c) O.s.p. z dôvodu, že zistenie skutkového stavu je na posúdenie veci nedostačujúce zrušil a vrátil žalovanej na ďalšie konanie. V novom rozhodnutí sa žalovaná musí vyporiadať pri určení dňa vzniku invalidity u žalobkyne s lekárskymi nálezmi, ktoré popisujú jej zdravotný stav už od roku 2011, vyhodnotí ich v spojení s možným vplyvom na určenie dňa vzniku invalidity a o veci opäť rozhodne. 10. O trovách konania súd rozhodol podľa § 167 ods. 1 v spojení s § 175 ods. 1 SSP, ale v konaní úspešnej žalobkyni nárok na ich náhradu nepriznal, pretože si žiadne neuplatnila. Poučenie: Proti tomuto rozhodnutiu odvolanie nie je prípustné.</w:t>
      </w:r>
    </w:p>
    <w:p/>
    <w:p>
      <w:r>
        <w:t>Zdroj: KAUZIS.SK – https://www.kauzis.sk/judikatura/r/ECLI:SK:KSTT:2016:2016200149.1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