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23Sd/25/2016 z 21. 9. 2016</w:t>
      </w:r>
    </w:p>
    <w:p>
      <w:r>
        <w:t>Uznesenie Krajského súdu Trnava z 21. septembra 2016, sp. zn. 23Sd/25/2016, ECLI:SK:KSTT:2016:2016200150.1</w:t>
      </w:r>
    </w:p>
    <w:p>
      <w:r>
        <w:t>Súd: Krajský súd Trnava</w:t>
      </w:r>
    </w:p>
    <w:p>
      <w:r>
        <w:t>Spisová značka: 23Sd/25/2016</w:t>
      </w:r>
    </w:p>
    <w:p>
      <w:r>
        <w:t>ECLI: ECLI:SK:KSTT:2016:2016200150.1</w:t>
      </w:r>
    </w:p>
    <w:p>
      <w:r>
        <w:t>Dátum vydania: 21. 9. 2016</w:t>
      </w:r>
    </w:p>
    <w:p>
      <w:r>
        <w:t>Forma: Uznesenie</w:t>
      </w:r>
    </w:p>
    <w:p>
      <w:pPr>
        <w:pStyle w:val="Heading2"/>
      </w:pPr>
      <w:r>
        <w:t>Text rozhodnutia</w:t>
      </w:r>
    </w:p>
    <w:p>
      <w:r>
        <w:t>Súd: Krajský súd Trnava Spisová značka: 23Sd/25/2016 Identifikačné číslo súdneho spisu: 2016200150 Dátum vydania rozhodnutia: 22. 09. 2016 Meno a priezvisko sudcu, VSÚ: JUDr. Andrea Vyskočová ECLI: ECLI:SK:KSTT:2016:2016200150.1 Uznesenie Krajský súd v Trnave, v právnej veci navrhovateľky: Ing. C. T., nar. XX.XX.XXXX, bytom S. XXX/XX, XXX XX T., proti odporkyni: Sociálna poisťovňa - ústredie, ul. 29. augusta č. 8, 813 63 Bratislava, o návrhu na preskúmanie rozhodnutia odporkyne č. XXX XXX XXXX X zo dňa 14.01.2016, takto r o z h o d o l : I. Súd konanie z a s t a v u j e . II. Žiaden z účastníkov nemá právo na náhradu trov konania. o d ô v o d n e n i e : Navrhovateľka návrhom dňa 10.03.2016 žiadala o preskúmanie rozhodnutia odporkyne č. XXX XXX XXXX X zo dňa 14.01.2016, ktorým odporkyňa rozhodla podľa § 70 ods. 1 a § 71 ods. 1 zák. č. 461/2003 Z.z. o sociálnom poistení v znení v znení neskorších predpisov tak, že navrhovateľke zamietla žiadosť o invalidný dôchodok zo dňa 18.12.2015. Navrhovateľka podaním doručeným súdu dňa 05.08.2016 zobrala návrh o preskúmanie rozhodnutia odporkyne zo dňa 14.01.2016 späť a žiadala konanie o preskúmanie rozhodnutia odporkyne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 2). Krajský súd v Trnave prejednal vec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https://www.kauzis.sk/judikatura/r/ECLI:SK:KSTT:2016:2016200150.1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