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20Sp/5/2016 z 21. 7. 2016</w:t>
      </w:r>
    </w:p>
    <w:p>
      <w:r>
        <w:t>Rozsudok Krajského súdu Trnava z 21. júla 2016, sp. zn. 20Sp/5/2016, ECLI:SK:KSTT:2016:2016200157.1</w:t>
      </w:r>
    </w:p>
    <w:p>
      <w:r>
        <w:t>Súd: Krajský súd Trnava</w:t>
      </w:r>
    </w:p>
    <w:p>
      <w:r>
        <w:t>Spisová značka: 20Sp/5/2016</w:t>
      </w:r>
    </w:p>
    <w:p>
      <w:r>
        <w:t>ECLI: ECLI:SK:KSTT:2016:2016200157.1</w:t>
      </w:r>
    </w:p>
    <w:p>
      <w:r>
        <w:t>Dátum vydania: 21. 7. 2016</w:t>
      </w:r>
    </w:p>
    <w:p>
      <w:r>
        <w:t>Forma: Rozsudok</w:t>
      </w:r>
    </w:p>
    <w:p>
      <w:r>
        <w:t>Oblasť práva: Správne právo</w:t>
      </w:r>
    </w:p>
    <w:p>
      <w:pPr>
        <w:pStyle w:val="Heading2"/>
      </w:pPr>
      <w:r>
        <w:t>Text rozhodnutia</w:t>
      </w:r>
    </w:p>
    <w:p>
      <w:r>
        <w:t>Súd: Krajský súd Trnava Spisová značka: 20Sp/5/2016 Identifikačné číslo súdneho spisu: 2016200157 Dátum vydania rozhodnutia: 22. 07. 2016 Meno a priezvisko sudcu, VSÚ: JUDr. Róbert Foltán ECLI: ECLI:SK:KSTT:2016:2016200157.1 ROZSUDOK V MENE SLOVENSKEJ REPUBLIKY Krajský súd v Trnave sudcom JUDr. Róbertom Foltánom v právnej veci navrhovateľa: POHOTOVOSŤ, s. r. o., so sídlom Pribinova 25, Bratislava, IČO: 35 807 598, proti odporcovi: Okresný úrad Šaľa, katastrálny odbor, Hlavná 2/1, Šaľa, o odvolaní navrhovateľa proti rozhodnutiu odporcu č. V 1774/2015-12 zo dňa 13.1.2016, za účasti účastníčky správneho konania D. E., nar. XX.X.XXXX, bytom H. XX, takto r o z h o d o l : Súd napadnuté rozhodnutie Okresného úradu Šaľa, katastrálny odbor, č. V 1774/2015-12 zo dňa 13.1.2016 p o t v r d z u j e . Odporcovi a účastníčke konania D. E. sa náhrada trov konania n e p r i z n á v a . Navrhovateľ je povinný zaplatiť na účet tunajšieho súdu súdny poplatok vo výške 35 eur do troch dní po právoplatnosti tohto rozhodnutia. o d ô v o d n e n i e : 1. Odporca svojim rozhodnutím č. V 1774/2015-12 zo dňa 13.1.2016 podľa § 31 ods. 3 zákona č. 162/1995 Z.z zamietol návrh na vklad záložného práva do katastra nehnuteľností podaný navrhovateľom dňa 18.9.2015 pod číslom konania V 1774/2015 spolu so zmluvou o zriadení záložného práva č. 248/2015-RAČ uzavretou dňa 11.8.2015 na základe zmluvy o úvere. Podľa odôvodnenia rozhodnutia predmetom záložného práva boli nehnuteľnosti zapísané na liste vlastníctva č. XXX pre k. ú. T., pričom záložnú zmluvu za záložcu podpísal splnomocnenec - DSS Nestor o.z. /predtým ProHelp - združenie občianskoprávnej pomoci so sídlom v Bratislave/ na základe dohody o splnomocnení zo dňa 17.12.2013. Podľa odporcu bola dohoda o splnomocnení napísaná na štandardnom zmluvnom formulári, pričom z jej textu vyplýva, že bola spracovaná na zastupovanie voči spoločnosti POHOTOVOSŤ a jej základným nedostatkom preto je, že záložca si musí vybrať zástupcu, ktorého kroky potenciálne budú smerovať proti záujmom zastúpeného, čo je v rozpore s ustanovením § 22 ods. 2 Občianskeho zákonníka. Dohoda o splnomocnení je neurčitá, nakoľko splnomocniteľ ani splnomocnenec v čase jej uzatvárania nemohli vedieť, ku ktorým konkrétnym nehnuteľnostiam sa bude zriaďovať záložné právo. Samotný fakt, že veriteľ takýmto tlačivom disponoval a predložil ho dlžníkovi pri podpise zmluvy o úvere naznačuje, že splnomocnenec uskutočňuje záujmy záložného veriteľa a nie záložcu. V rovine ochrany spotrebiteľa ide o štandardnú zmluvnú podmienku, ktorú spotrebiteľ nemohol ovplyvniť a ktorá je ako neprijateľná zmluvná podmienka neplatná podľa § 53 Občianskeho zákonníka z dôvodu, že spôsobuje hrubú nerovnováhu v právach a povinnostiach v neprospech záložcu. Odporca poukazoval tiež na §5a ods. 4 v spojení s §29b zákona o ochrane spotrebiteľa.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Dohodu o splnomocnení, ktorej predmetom je bezplatné zastupovanie, podľa jeho názoru naviac nemožno posudzovať ako spotrebiteľskú zmluvu, a preto sa na ňu nevzťahujú ustanovenia § 53 Občianskeho zákonníka a nasl. 4.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prejednal vec v neprítomnosti účastníkov, z ktorých navrhovateľ a odporca svoju neúčasť na pojednávaní ospravedlnili a s procesným postupom súdu vyslovili súhlas, oboznámil sa s celým obsahom spisového materiálu, vrátane administratívneho spisu odporcu, a dospel k záveru o nedôvodnosti odvolania navrhovateľa. 6. Predložená zmluva o spotrebiteľskom úvere zo dňa 17.12.2013,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708100397, bolo skrytou podmienkou poskytnutia úveru. 7. Skutočnosť, že splnomocnenec po uplynutí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8. Z vyššie uvádzaných dôvodov sa súd stotožnil s konštatovaním správneho orgánu o neplatnosti zmluvy o zriadení záložného práva zo dňa 11.8.2015, jasne a zrozumiteľne ozrejmeným v obsahu odôvodnenia napadnutého rozhodnutia, pre nedodržanie podmienok zastúpenia vyplývajúcich z ust. § 22 ods. 2 Občianskeho zákonníka (zastupovať iného nemôže ten, záujmy ktorého sú v rozpore so záujmy zastúpeného). 9. Súd preto odvolaním napadnuté rozhodnutie podľa § 250q ods. 2 O.s.p. v spojení s § 492 Správneho súdneho poriadku (zák. č. 162/2015 Z.z.) ako vecne správne potvrdil. 10. O trovách konania rozhodol súd s poukazom na skutočnosť, že v tomto konaní úspešnému odporcovi a zúčastnenej osobe D. E.iadne trovy nevznikli. 11.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