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44Sd/21/2016 z 19. 6. 2016</w:t>
      </w:r>
    </w:p>
    <w:p>
      <w:r>
        <w:t>Rozsudok Krajského súdu Trnava z 19. júna 2016, sp. zn. 44Sd/21/2016, ECLI:SK:KSTT:2016:2016200165.1</w:t>
      </w:r>
    </w:p>
    <w:p>
      <w:r>
        <w:t>Súd: Krajský súd Trnava</w:t>
      </w:r>
    </w:p>
    <w:p>
      <w:r>
        <w:t>Spisová značka: 44Sd/21/2016</w:t>
      </w:r>
    </w:p>
    <w:p>
      <w:r>
        <w:t>ECLI: ECLI:SK:KSTT:2016:2016200165.1</w:t>
      </w:r>
    </w:p>
    <w:p>
      <w:r>
        <w:t>Dátum vydania: 19. 6. 2016</w:t>
      </w:r>
    </w:p>
    <w:p>
      <w:r>
        <w:t>Forma: Rozsudok</w:t>
      </w:r>
    </w:p>
    <w:p>
      <w:r>
        <w:t>Oblasť práva: Správne právo</w:t>
      </w:r>
    </w:p>
    <w:p>
      <w:pPr>
        <w:pStyle w:val="Heading2"/>
      </w:pPr>
      <w:r>
        <w:t>Text rozhodnutia</w:t>
      </w:r>
    </w:p>
    <w:p>
      <w:r>
        <w:t>Súd: Krajský súd Trnava Spisová značka: 44Sd/21/2016 Identifikačné číslo súdneho spisu: 2016200165 Dátum vydania rozhodnutia: 20. 06. 2016 Meno a priezvisko sudcu, VSÚ: JUDr. Pavol Laczo ECLI: ECLI:SK:KSTT:2016:2016200165.1 ROZSUDOK V MENE SLOVENSKEJ REPUBLIKY Krajský súd v Trnave v konaní pred samosudcom JUDr. Pavlom Laczom v právnej veci navrhovateľa: X. I., nar.X.X.XXXX, bytom D. 1, XXX XX G., proti odporkyni: Sociálna poisťovňa - ústredie, Ul. 29 augusta 8, 813 63 Bratislava, o preskúmanie zákonnosti rozhodnutia odporkyne zo dňa 06.11.2015 č. XXX XXX XXXX X takto r o z h o d o l : Krajský súd napadnuté rozhodnutie odporkyne Sociálnej poisťovne - ústredie Bratislava zo dňa 06.11.2015 č.XXX XXX XXXX X p o t v r d z u j e. Navrhovateľovi súd nárok na náhradu trov konania n e p r i z n á v a. o d ô v o d n e n i e : Napadnutým rozhodnutím odporkyne zo dňa 06.11.2015 č.XXX XXX XXXX X odporkyňa podľa § 70 a § 71 zákona č. 461/2003 Z.z. o sociálnom poistení v znení neskorších predpisov, zamietla žiadosť navrhovateľa o invalidný dôchodok zo dňa 07.10.2015. Svoje rozhodnutie odporkyňa odôvodnila tým, že podľa posudku posudkového lekára sociálneho poistenia pobočky Sociálnej poisťovne Trnava zo dňa 7.10.2015 nie je navrhovateľ invalidný, lebo pre dlhodobo nepriaznivý zdravotný stav nemá pokles schopnosti vykonávať zárobkovú činnosť o viac ako 40 % v porovnaní so zdravou fyzickou osobou. Navrhovateľ podal dňa 21.12.2015 opravný prostriedok priamo na Sociálnu poisťovňu, ktorý bol doručený tunajšiemu súdu dňa 17.3.2016. V opravnom prostriedku namietal, že má 24 hodín denne bolesti, pri pohybe, aj keď leží a má problémy s pravou rukou z dôvodu úrazu. Ďalej uviedol, že do práce ho nikto nechce zobrať z dôvodu dlhodobej práceneschopnosti kvôli chrbtici. Z písomného vyjadrenia odporkyne zo dňa 24.3.2016 vyplýva, že zdravotný stav navrhovateľa bol posudzovaný viackrát posudkovými lekármi dňa 7.10.2015, 10.2.2016 a 15.3.2016, ktorí vo všetkých prípadoch skonštatovali, že navrhovateľ nie je invalidný, pretože jeho miera poklesu schopnosti vykonávať zárobkovú činnosť je len 35% v porovnaní so zdravou fyzickou osobou. Krajský súd preskúmal napadnuté rozhodnutie na pojednávaní podľa § 244 ods. 1, 2 a 3 O.s.p., a § 250l ods. 1 a 2 O.s.p. a dospel k záveru, že napadnuté rozhodnutie odporkyne je správne. Na pojednávaní konanom dňa 20.6.2016 navrhovateľ uviedol, že posudková lekárka síce zhodnotila chrbticu, ale nezhodnotila to že má problémy s pravou rukou, necíti si 3 prsty. Ďalej uviedol, že novšie lekárske správy nemá a v súčasnej dobe opätovne maróduje s chrbticou. Poverená zástupkyňa odporkyne na pojednávaní uviedla, že žiada napadnuté rozhodnutie ako vecne správne potvrdiť. Podľa § 244 ods. 1,2,3 O.s.p. v správnom súdnictve preskúmavajú súdy na základe žalôb alebo opravných prostriedkov zákonnosť rozhodnutí a postupov orgánov verejnej správy.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250l ods. 1 O.s.p. podľa ustanovení tejto hlavy sa postupuje v prípadoch, v ktorých zákon zveruje súdom rozhodovanie o opravných prostriedkoch proti neprávoplatným rozhodnutiam správnych orgánov. (2) Pokiaľ v tejto hlave nie je ustanovené inak, použije sa primerane ustanovenie druhej hlavy s výnimkou § 250a. Podľa § 70 zákona č.461/2003 Z.z. o sociálnom poistení v znení neskorších predpisov (1) Poistenec má nárok na invalidný dôchodok, ak sa stal invalidný, získal počet rokov dôchodkového poistenia uvedený v § 72 a ku dňu vzniku invalidity nespĺňa podmienky nároku na starobný dôchodok alebo mu nebol priznaný predčasný starobný dôchodok. (2) Fyzická osoba má nárok na invalidný dôchodok aj vtedy, ak sa stala invalidnou v období, v ktorom je nezaopatreným dieťaťom a má na území Slovenskej republiky trvalý pobyt. Nárok na invalidný dôchodok tejto fyzickej osobe vzniká najskôr odo dňa dovŕšenia 18 rokov veku. Nárok na invalidný dôchodok má aj fyzická osoba, ktorá sa stala invalidnou počas doktorandského štúdia v dennej forme, nedovŕšila 26 rokov veku a má na území Slovenskej republiky trvalý pobyt. Podľa § 71 ods. 1 zákona č.461/2003 Z.z. o sociálnom poistení v znení neskorších predpisov (1) Poistenec je invalidný, ak pre dlhodobo nepriaznivý zdravotný stav má pokles schopnosti vykonávať zárobkovú činnosť o viac ako 40% v porovnaní so zdravou fyzickou osobou. Podľa § 71 ods. 4 zákona č.461/2003 Z.z. o sociálnom poistení v znení neskorších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8 zákona č.461/2003 Z.z. o sociálnom poistení v znení neskorších (8)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Z predloženého spisového materiálu krajský súd zistil, že na základe posudku posudkového lekára zo dňa 7.10.2015, ktorý bol vypracovaný na základe žiadosti navrhovateľa o invalidný dôchodok, bolo konštatované, že navrhovateľ má pokles schopnosti vykonávať zárobkovú činnosť len 35 % v porovnaní so zdravou fyzickou osobou, keď za rozhodujúce zdravotné postihnutie je postihnutie zaradené do kapitoly XV, oddiel E, položka 3, písmeno b) - 35 %, čo je horná hranica z daného percentuálneho rozpätia 20 - 35%. Na základe opravného prostriedku bol u navrhovateľa posudzovaný zdravotný stav ďalšími posudkovými lekármi a to dňa 10.2.2016 a 15.3.2016, kde posudkoví lekári zotrvali na záveroch posudku ktorý bol podkladom pre vypracovanie napadnutého rozhodnutia, pričom konštatovali, že navrhovateľ nedoložil novšie nálezy, z ktorých by bolo zrejmé, že jeho zdravotný stav odôvodňuje vznik invalidity. Krajský súd rovnako ako posudkoví lekári musí konštatovať, že navrhovateľ nepreukázal, že by posudkoví lekári nezhodnotili všetky jeho zdravotné postihnutia, ktoré by mohli mať vplyv na určenie výšky miery poklesu schopnosti vykonávať zárobkovú činnosť. Krajský súd konštatuje, že odporkyňa pri rozhodovaní o žiadosti navrhovateľa postupovala v súlade so zákonom. Vzhľadom na vyššie uvedené skutočnosti súd rozhodol tak ako je uvedené vo výrokovej časti tohto rozsudku. O náhrade trov konania rozhodol krajský súd v súlade s ustanovením § 250k ods. 1 O.s.p. v spojení s § 250l ods. 2 O.s.p. tak, že navrhovateľovi náhradu trov konania nepriznal pre jeho neúspech v konaní. Poučenie: Proti tomuto rozhodnutiu je možné podať odvolanie do 15 dní odo dňa doručenia prostredníctvom tohto súdu na Najvyšší súd SR. V odvolaní sa má popri všeobecných náležitostiach ( § 42 ods. 3 O.s.p.) uviesť, proti ktorému rozhodnutiu smeruje, v akom rozsahu sa napáda, v čom sa toto rozhodnutie alebo postup súdu považuje za nesprávny a čoho sa odvolateľ domáha.</w:t>
      </w:r>
    </w:p>
    <w:p/>
    <w:p>
      <w:r>
        <w:t>Zdroj: KAUZIS.SK – https://www.kauzis.sk/judikatura/r/ECLI:SK:KSTT:2016:2016200165.1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