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20Sd/22/2016 z 28. 4. 2016</w:t>
      </w:r>
    </w:p>
    <w:p>
      <w:r>
        <w:t>Uznesenie Krajského súdu Trnava z 28. apríla 2016, sp. zn. 20Sd/22/2016, ECLI:SK:KSTT:2016:2016200170.1</w:t>
      </w:r>
    </w:p>
    <w:p>
      <w:r>
        <w:t>Súd: Krajský súd Trnava</w:t>
      </w:r>
    </w:p>
    <w:p>
      <w:r>
        <w:t>Spisová značka: 20Sd/22/2016</w:t>
      </w:r>
    </w:p>
    <w:p>
      <w:r>
        <w:t>ECLI: ECLI:SK:KSTT:2016:2016200170.1</w:t>
      </w:r>
    </w:p>
    <w:p>
      <w:r>
        <w:t>Dátum vydania: 28. 4. 2016</w:t>
      </w:r>
    </w:p>
    <w:p>
      <w:r>
        <w:t>Forma: Uznesenie</w:t>
      </w:r>
    </w:p>
    <w:p>
      <w:pPr>
        <w:pStyle w:val="Heading2"/>
      </w:pPr>
      <w:r>
        <w:t>Text rozhodnutia</w:t>
      </w:r>
    </w:p>
    <w:p>
      <w:r>
        <w:t>Súd: Krajský súd Trnava Spisová značka: 20Sd/22/2016 Identifikačné číslo súdneho spisu: 2016200170 Dátum vydania rozhodnutia: 29. 04. 2016 Meno a priezvisko sudcu, VSÚ: JUDr. Róbert Foltán ECLI: ECLI:SK:KSTT:2016:2016200170.1 Uznesenie Krajský súd v Trnave v právnej veci navrhovateľa: Q. G., nar. XX.XX.XXXX, bytom Z. XXX/XX, D. S., XXX XX S. G.,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 svojim návrhom, doručeným odporkyni dňa 08.01.2016, žiadal o preskúmanie rozhodnutia odporkyne č. XXX XXX XXXX X zo dňa 26.11.2015, ktorým odporkyňa zamietla navrhovateľovi žiadosť o invalidný dôchodok zo dňa 12.10.2015. Na základe opravného prostriedku navrhovateľa bol jeho zdravotný stav opakovane preskúmaný posudkovým lekárom sociálneho poistenia Sociálnej poisťovne, ústredie dňa 17.03.2016, so záverom, že navrhovateľ nie je invalidný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bola u navrhovateľa stanovená na 30 %. Odporkyňa tak nevyhovela opravnému prostriedku navrhovateľa. Navrhovateľ po oboznámení sa s týmto záverom ešte pred pojednávaním vzal svoj návrh na preskúmanie rozhodnutia podaním doručeným tunajšiemu súdu dňa 14.04.2016, späť a konanie žiadal zastaviť.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