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21Sd/23/2016 z 1. 5. 2016</w:t>
      </w:r>
    </w:p>
    <w:p>
      <w:r>
        <w:t>Uznesenie Krajského súdu Trnava z 1. mája 2016, sp. zn. 21Sd/23/2016, ECLI:SK:KSTT:2016:2016200186.1</w:t>
      </w:r>
    </w:p>
    <w:p>
      <w:r>
        <w:t>Súd: Krajský súd Trnava</w:t>
      </w:r>
    </w:p>
    <w:p>
      <w:r>
        <w:t>Spisová značka: 21Sd/23/2016</w:t>
      </w:r>
    </w:p>
    <w:p>
      <w:r>
        <w:t>ECLI: ECLI:SK:KSTT:2016:2016200186.1</w:t>
      </w:r>
    </w:p>
    <w:p>
      <w:r>
        <w:t>Dátum vydania: 1. 5. 2016</w:t>
      </w:r>
    </w:p>
    <w:p>
      <w:r>
        <w:t>Forma: Uznesenie</w:t>
      </w:r>
    </w:p>
    <w:p>
      <w:pPr>
        <w:pStyle w:val="Heading2"/>
      </w:pPr>
      <w:r>
        <w:t>Text rozhodnutia</w:t>
      </w:r>
    </w:p>
    <w:p>
      <w:r>
        <w:t>Súd: Krajský súd Trnava Spisová značka: 21Sd/23/2016 Identifikačné číslo súdneho spisu: 2016200186 Dátum vydania rozhodnutia: 02. 05. 2016 Meno a priezvisko sudcu, VSÚ: JUDr. Božena Husárová ECLI: ECLI:SK:KSTT:2016:2016200186.1 Uznesenie Krajský súd v Trnave v právnej veci navrhovateľky: L. L., nar. XX.XX.XXXX, bytom E. XXXX/XA, XXX XX F., proti odporkyni: Sociálna poisťovňa, ústredie, so sídlom Ul. 29. augusta č. 8, 813 63 Bratislava, o preskúmanie rozhodnutia odporkyne, takto r o z h o d o l : Súd konanie z a s t a v u j e . Žiaden z účastníkov nemá právo na náhradu trov konania. o d ô v o d n e n i e : Navrhovateľka svojim návrhom, doručeným odporkyni dňa 28.12.2015, žiadala o preskúmanie rozhodnutia odporkyne č. XXX XXX XXXX X zo dňa 20.11.2015, ktorým odporkyňa zamietla žiadosť navrhovateľky o invalidný dôchodok zo dňa 26.10.2015. Na základe opravného prostriedku navrhovateľky bol jej zdravotný stav opakovane preskúmaný posudkovým lekárom sociálneho poistenia Sociálnej poisťovne, ústredie dňa 22.03.2016, so záverom, že navrhovateľka je invalidná od 03.03.2016 podľa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navrhovateľky stanovená na 45 %. Navrhovateľka po oboznámení sa s týmto záverom ešte pred pojednávaním vzala svoj návrh o preskúmanie rozhodnutia, podaním doručeným tunajšiemu súdu dňa 19.04.2016, späť a konanie žiadala zastaviť.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https://www.kauzis.sk/judikatura/r/ECLI:SK:KSTT:2016:2016200186.1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