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23Sd/34/2016 z 21. 9. 2016</w:t>
      </w:r>
    </w:p>
    <w:p>
      <w:r>
        <w:t>Uznesenie Krajského súdu Trnava z 21. septembra 2016, sp. zn. 23Sd/34/2016, ECLI:SK:KSTT:2016:2016200189.1</w:t>
      </w:r>
    </w:p>
    <w:p>
      <w:r>
        <w:t>Súd: Krajský súd Trnava</w:t>
      </w:r>
    </w:p>
    <w:p>
      <w:r>
        <w:t>Spisová značka: 23Sd/34/2016</w:t>
      </w:r>
    </w:p>
    <w:p>
      <w:r>
        <w:t>ECLI: ECLI:SK:KSTT:2016:2016200189.1</w:t>
      </w:r>
    </w:p>
    <w:p>
      <w:r>
        <w:t>Dátum vydania: 21. 9. 2016</w:t>
      </w:r>
    </w:p>
    <w:p>
      <w:r>
        <w:t>Forma: Uznesenie</w:t>
      </w:r>
    </w:p>
    <w:p>
      <w:pPr>
        <w:pStyle w:val="Heading2"/>
      </w:pPr>
      <w:r>
        <w:t>Text rozhodnutia</w:t>
      </w:r>
    </w:p>
    <w:p>
      <w:r>
        <w:t>Súd: Krajský súd Trnava Spisová značka: 23Sd/34/2016 Identifikačné číslo súdneho spisu: 2016200189 Dátum vydania rozhodnutia: 22. 09. 2016 Meno a priezvisko sudcu, VSÚ: JUDr. Andrea Vyskočová ECLI: ECLI:SK:KSTT:2016:2016200189.1 Uznesenie Krajský súd v Trnave, v právnej veci navrhovateľky: Q. V., nar. XX.XX.XXXX, bytom O. XXX/X, XXX XX U., proti odporkyni: Sociálna poisťovňa - ústredie, ul. 29. augusta č. 8, 813 63 Bratislava, o návrhu na preskúmanie rozhodnutia odporkyne č. XXX XXX XXXX X zo dňa 09.06.2015, takto r o z h o d o l : I. Súd konanie z a s t a v u j e . II. Žiaden z účastníkov nemá právo na náhradu trov konania. o d ô v o d n e n i e : Navrhovateľka návrhom doručeným odporkyni dňa 12.01.2016 žiadala o preskúmanie rozhodnutia odporkyne č. XXX XXX XXXX X zo dňa 09.06.2015, ktorým odporkyňa rozhodla podľa § 70 ods. 1 a § 82 zák. č. 461/2003 Z.z. o sociálnom poistení v znení v znení neskorších predpisov tak, že navrhovateľke priznala od 19.02.2015 invalidný dôchodok v sume 159,70 eur mesačne. Invalidný dôchodok bol priznaný podľa čl. 52 ods. 1 písm. a) a ods. 4 nariadenia (ES) Európskeho parlamentu a Rady č. 883/2004 o koordinácii systémov sociálneho zabezpečenia v znení nariadenia Európskeho parlamentu a Rady (ES) č. 988/2009. Odporkyňa vydala dňa 04.04.2016 rozhodnutie č. XXX XXX XXXX X, ktorým podľa § 70 ods. 1 a § 82 zák. č. 461/2003 Z.z. o sociálnom poistení v znení neskorších predpisov navrhovateľke priznala invalidný dôchodok v sume 165,40 eur mesačne. Invalidný dôchodok bol priznaný podľa čl. 52 ods. 1 písm. a) a ods. 4 nariadenia (ES) Európskeho parlamentu a Rady č. 883/2004 o koordinácii systémov sociálneho zabezpečenia v znení nariadenia Európskeho parlamentu a Rady (ES) č. 988/2009. Podľa § 82 zák. č. 461/2003 Z.z. o sociálnom poistení v znení neskorších predpisov a § 1 opatrenia Ministerstva práce, sociálnych vecí a rodiny SR č. 283/2015 Z.z., ktorým sa ustanovuje pevná suma zvýšenia dôchodkovej dávky a percento zvýšenia úrazovej renty, bol navrhovateľke od 01.01.2015 zvýšený invalidný dôchodok na sumu 167,10 eur mesačne. Navrhovateľka podaním doručeným súdu dňa 08.09.2016 zobrala návrh o preskúmanie rozhodnutia odporkyne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 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