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14S/19/2016 z 28. 9. 2016</w:t>
      </w:r>
    </w:p>
    <w:p>
      <w:r>
        <w:t>Uznesenie Krajského súdu Trnava z 28. septembra 2016, sp. zn. 14S/19/2016, ECLI:SK:KSTT:2016:2016200198.3</w:t>
      </w:r>
    </w:p>
    <w:p>
      <w:r>
        <w:t>Súd: Krajský súd Trnava</w:t>
      </w:r>
    </w:p>
    <w:p>
      <w:r>
        <w:t>Spisová značka: 14S/19/2016</w:t>
      </w:r>
    </w:p>
    <w:p>
      <w:r>
        <w:t>ECLI: ECLI:SK:KSTT:2016:2016200198.3</w:t>
      </w:r>
    </w:p>
    <w:p>
      <w:r>
        <w:t>Dátum vydania: 28. 9. 2016</w:t>
      </w:r>
    </w:p>
    <w:p>
      <w:r>
        <w:t>Forma: Uznesenie</w:t>
      </w:r>
    </w:p>
    <w:p>
      <w:pPr>
        <w:pStyle w:val="Heading2"/>
      </w:pPr>
      <w:r>
        <w:t>Text rozhodnutia</w:t>
      </w:r>
    </w:p>
    <w:p>
      <w:r>
        <w:t>Súd: Krajský súd Trnava Spisová značka: 14S/19/2016 Identifikačné číslo súdneho spisu: 2016200198 Dátum vydania rozhodnutia: 29. 09. 2016 Meno a priezvisko sudcu, VSÚ: JUDr. Pavol Laczo ECLI: ECLI:SK:KSTT:2016:2016200198.3 Uznesenie Krajský súd v Trnave, v senáte zloženom z predsedu senátu JUDr. Pavla Lacza a sudcov JUDr. Andrey Vyskočovej a JUDr. Ľubomíra Bundzela, v právnej veci žalobcu: SWC Trnava, spol. s r.o., so sídlom Hospodárska 53, 917 01 Trnava, IČO: 36 251 615, právne zast.: JUDr. Vlastimil Petřek, PhD., advokát, so sídlom Zátišie 1841/23, 925 21 Sládkovičovo, proti žalovanému: Finančné riaditeľstvo SR, so sídlom Lazovná 63, 974 01 Banská Bystrica, o preskúmanie rozhodnutia žalovaného č. 102423311/2016 zo dňa 22. januára 2016, t a k t o r o z h o d o l : Správny súd uznesenie č. k. 14 S/19/2016 - 32 zo dňa 6. septembra 2016 z r u š u j e. o d ô v o d n e n i e : 1. Žalobou zo dňa 21.03.2016, doručenou súdu dňa 04.04.2016, sa žalobca prostredníctvom právneho zástupcu domáhal preskúmania zákonnosti rozhodnutia žalovaného č. 102423311/2016 zo dňa 22.01.2016, ktorý postupom podľa ust. § 74 ods. 4 zákona č. 563/2009 Z.z. o správe daní (daňový poriadok) a o zmene a doplnení niektorých zákonov (ďalej len „zákon č. 563/2009 Z.z.“) potvrdil prvostupňové rozhodnutie Daňového úradu Trnava číslo 21016613/2015 zo dňa 19.10.2015, ktorým Daňový úrad Trnava podľa ust. § 68 ods. 5 zákona č. 563/2009 Z.z. vyrubil daňovému subjektu (žalobca) rozdiel dane v sume 33.471,16 eur na dani z pridanej hodnoty za zdaňovacie obdobie september 2013. 2. Uznesením pod č. k. 14 S/19/2016 - 32 zo dňa 06.09.2016, súd postupom podľa ust. § 10 ods. 1 zákona č. 71/1992 Zb. zastavil konanie o preskúmanie zákonnosti rozhodnutia správneho orgánu, nakoľko žalobca v súdom stanovenej lehote nezaplatil súdny poplatok za podanú žalobu. Predmetné uznesenie bolo doručené právnemu zástupcovi žalobcu dňa 20.09.2016. 3. Správny súd následne zistil, že žalobca zaplatil súdom vyrubený súdny poplatok za podanú žalobu, pričom suma vo výške 70,- Eur bolo zložená na účet Slovenskej pošty a.s. dňa 12.09.2016.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12.09.2016 došlo zo strany žalobcu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https://www.kauzis.sk/judikatura/r/ECLI:SK:KSTT:2016:2016200198.3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