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23Sp/9/2016 z 28. 6. 2016</w:t>
      </w:r>
    </w:p>
    <w:p>
      <w:r>
        <w:t>Rozsudok Krajského súdu Trnava z 28. júna 2016, sp. zn. 23Sp/9/2016, ECLI:SK:KSTT:2016:2016200229.1</w:t>
      </w:r>
    </w:p>
    <w:p>
      <w:r>
        <w:t>Súd: Krajský súd Trnava</w:t>
      </w:r>
    </w:p>
    <w:p>
      <w:r>
        <w:t>Spisová značka: 23Sp/9/2016</w:t>
      </w:r>
    </w:p>
    <w:p>
      <w:r>
        <w:t>ECLI: ECLI:SK:KSTT:2016:2016200229.1</w:t>
      </w:r>
    </w:p>
    <w:p>
      <w:r>
        <w:t>Dátum vydania: 28. 6. 2016</w:t>
      </w:r>
    </w:p>
    <w:p>
      <w:r>
        <w:t>Forma: Rozsudok</w:t>
      </w:r>
    </w:p>
    <w:p>
      <w:r>
        <w:t>Oblasť práva: Správne právo</w:t>
      </w:r>
    </w:p>
    <w:p>
      <w:pPr>
        <w:pStyle w:val="Heading2"/>
      </w:pPr>
      <w:r>
        <w:t>Text rozhodnutia</w:t>
      </w:r>
    </w:p>
    <w:p>
      <w:r>
        <w:t>Súd: Krajský súd Trnava Spisová značka: 23Sp/9/2016 Identifikačné číslo súdneho spisu: 2016200229 Dátum vydania rozhodnutia: 29. 06. 2016 Meno a priezvisko sudcu, VSÚ: JUDr. Andrea Vyskočová ECLI: ECLI:SK:KSTT:2016:2016200229.1 ROZSUDOK V MENE SLOVENSKEJ REPUBLIKY Krajský súd v Trnave v konaní pred sudkyňou JUDr. Andreou Vyskočovou v právnej veci navrhovateľa: POHOTOVOSŤ, s.r.o., so sídlom Pribinova 25, 811 09 Bratislava, IČO: 35 807 598, proti odporcovi: Okresný úrad Trnava, katastrálny odbor, Vajanského 2, 917 01 Trnava, za účasti: J. T., nar. XX.XX.XXXX, bytom XXX XX U. č. XXX a J. T., nar. XX.XX.XXXX, bytom XXX XX U. č. XXX, o návrhu na preskúmanie rozhodnutia odporcu č. V 7145/14-02 zo dňa 18.11.2015, t a k t o r o z h o d o l : I. Súd napadnuté rozhodnutie odporcu č. V 7145/14-02 zo dňa 18. novembra 2015 p o t v r d z u j e . II. Súd navrhovateľovi náhradu trov konania nepriznáva. III. Súd účastníkom konania J. T. a J. T. náhradu trov konania nepriznáva. IV. Navrhovateľ je povinný zaplatiť súdny poplatok v sume 35 eur, do troch dní od právoplatnosti rozsudku. o d ô v o d n e n i e : Odporca preskúmavaným rozhodnutím rozhodol o návrhu na vklad záložného práva do katastra nehnuteľnosti podľa § 31 ods. 1 až 3 zák. č. 162/1995 Z.z. o katastri nehnuteľností a o zápise vlastníckych a iných práv k nehnuteľnostiam v znení neskorších predpisov (ďalej len „Katastrálny zákon“) a § 5, § 46 a § 47 zák. č. 71/1967 Zb. o správnom konaní v znení neskorších predpisov (správny poriadok) tak, že návrh na vklad záložného práva do katastra nehnuteľností pod č.k. V 7145/14 zo dňa 09.12.2014 podľa § 31 ods. 3 katastrálneho zákona zamietol. V odôvodnení napadnutého rozhodnutia odporca uviedol, že Okresnému úradu Trnava, katastrálnemu odboru bol dňa 09.12.2014 doručený návrh na vklad záložného práva do katastra nehnuteľností, ktorý bol prijatý pod č. k. V 7145/14. Jeho prílohou bola Zmluva o zriadení záložného práva č. 602/2014-RAČ, uzatvorená v Bratislave dňa 06.11.2014 medzi účastníkmi konania v nadväznosti na Zmluvu o úvere č. 209000156 zo dňa 25.10.2013 ako zabezpečenie záväzku vyplývajúceho z citovanej Zmluvy o úvere. Prílohou návrhu na vklad bola aj úradne osvedčená kópia Dohody o splnomocnení udelená J. T., nar. XX.XX.XXXX, ako splnomocniteľom v Trnave dňa 25.10.2013 a prijatá R. J., predsedom občianskeho združenia ProHelp, IČO: 421 801 39 ako splnomocnencom v Bratislave dňa 25.10.2013. Ďalšou prílohou návrhu na vklad bolo oznámenie o zamýšľanom návrhu na vklad do katastra nehnuteľností č. 2939951 zo dňa 10.11.2014. Predmetom záložného práva podľa predloženej zmluvy je spoluvlastnícky podiel vo veľkosti 1/2 vzhľadom k celku na nehnuteľnostiach zapísaných v k. ú. U., obec U., okres Trnava, LV č. XXXX, ako pozemok parc. reg. „C“ č. 429/1, záhrada o výmere 1194 m2, pozemok parc. reg. „C“ č. 429/4, zastavaná plocha a nádvorie o výmere 249 m2, pozemok parc. reg. „C“ č. 429/5, zastavaná plocha a nádvorie o výmere 250 m2, vo vlastníctve J. T., nar. XX.XX.XXXX a spoluvlastnícky podiel vo veľkosti 1/1 vzhľadom k celku na nehnuteľnosti zapísanej v k. ú. U., obec U., okres Trnava, LV č. XXXX ako rozostavaná stavba rodinného domu bez súpisného čísla na pozemku registra C KN s parcelným číslom 429/5, v bezpodielovom spoluvlastníctve manželov J. T., nar. XX.XX.XXXX a J. T., nar. XX.XX.XXXX. Okresný úrad Trnava, katastrálny odbor preskúmal obsah podania podľa ust. § 31 a § 42 katastrálneho zákona, zák. č. 145/1995 Z.z. o správnych poplatkoch, v znení neskorších predpisov, podľa ustanovení Občianskeho zákonníka a iných právnych predpisov a zistil, že za záložcu, ktorý je súčasne aj dlžník v zmysle Zmluvy o spotrebiteľskom úvere č. 209000156 zo dňa 25.10.2013 (ďalej len „úverová zmluva“), Zmluvu o zriadení záložného práva č. 602/2014-RAČ, uzatvorenú v Bratislave dňa 06.11.2014 (ďalej len „záložná zmluva“), podpísal splnomocnenec ProHelp - združenie občianskoprávnej pomoci, IČO: 421 801 39, v zastúpení predsedom združenia R. J. na základe Dohody o splnomocnení (ďalej len „dohoda“), ktorú splnomocniteľ - záložca a dlžník v jednej osobe podpísal v Trnave dňa 25.10.2013, kde podpis splnomocniteľa bol úradne osvedčený na Mestskom úrade v Trnave pod č. 6171/A/2013. Uvedená dohoda je formulár, v ktorom je osoba poskytujúca úver, ktorou je spoločnosť POHOTOVOSŤ, s.r.o., a osoba splnomocnenca, ktorou je združenie ProHelp, predtlačené, vyplnené sú len údaje o splnomocniteľovi, označenie zástupcu združenia ProHelp (odtlačok pečiatky), číslo úverovej zmluvy, miesto a dátum podpisu dohody splnomocniteľom a splnomocnencom a v bode 4. dohody popis nehnuteľností. Splnomocnenec dohodu podpísal a teda prijal splnomocnenie v Bratislave dňa 25.10.2013. Splnomocnenec síce prejavil vôľu splnomocniteľa zastupovať, ale na inom mieste a v inom čase. Správny orgán má za to, že pri prejave vôle, ktorým je návrh dohody urobený v neprítomnosti druhej strany nepostačuje písomná forma, ale splnomocniteľ musí takto prejavenú vôľu splnomocnencovi aj skutočne adresovať, odoslať do sféry jeho pôsobenia, čo pani J. T. neurobila. Keďže dátum podpisu dohody a zmluvy o úvere zo strany splnomocniteľa, resp. dlžníka sa zhoduje a splnomocnenec pri podpise dohody fyzicky prítomný nemohol byť, je zrejmé, že dohodu k podpisu predložil mandatár záložného veriteľa. Prejav jeho vôle v podobe podpísaného formulára musel odovzdať splnomocnencovi záložný veriteľ. Z uvedeného ďalej vyplýva, že splnomocniteľ síce podpísal dohodu, avšak splnomocnenca si nemohol vybrať sám, nakoľko bol už na dohode predtlačený, pričom Okresnému úradu Trnava je z úradnej činnosti (§ 32 ods. 2 Správneho poriadku) známe, že zatiaľ nebola predložená dohoda, kde by bol ako splnomocnenec uvedená iná osoba ako združenie ProHelp, pričom vo všetkých prípadoch splnomocnenec postupuje rovnako. Uvedená prax jednoznačne ukazuje, že osobu splnomocnenca si vybral sám záložný veriteľ pre účely neskoršej komunikácie s dlžníkom, resp. záložcom. Z uvedených skutkových zistení správny orgán urobil záver, že prejavu vôle splnomocniteľa chýba atribút slobody a vážnosti prejavu vôle ako základných podmienok platného právneho úkonu, z čoho vyvodil právny záver o neplatnosti splnomocnenia a na jeho základe uzatvorenej záložnej zmluvy. Na základe uvedeného Okresný úrad Trnava, katastrálny odbor, posúdil, že navrhovateľ, spoločnosť POHOTOVOSŤ, s.r.o., so sídlom Pribinova 25, 811 09 Bratislava, predložil správnemu orgánu návrh na vklad záložného práva do katastra nehnuteľností, ktorého prílohu tvorila Zmluva o zriadení záložného práva č. 602/2014-RAČ, uzatvorená v Bratislave dňa 06.11.2014, ktorú v mene záložcu podpísal splnomocnený zástupca na základe Dohody o splnomocnení, ktoré právne úkony správny orgán považuje v zmysle ust. § 37 ods. 1, § 22 ods. 2 Občianskeho zákonníka za neplatné. Navrhovateľ podal proti predmetnému rozhodnutiu v zákonnej lehote odvolanie a žiadal, aby súd zrušil rozhodnutie Okresného úradu Trnava, katastrálneho odboru zo dňa 18.11.2015, č.k. V 7145/14-02 a vec vrátil späť na správne konanie s tým, že odporca je povinný nahradiť trovy konania. Navrhovateľ uviedol, že dňa 06.11.2014 bola uzavretá zmluva o zriadení záložného práva č. 602/2014- RAČ medzi navrhovateľom ako záložným veriteľom a fyzickou osobou J. T. ako dlžníkom a záložcom, ktorá bola zastúpená združením ProHelp - združenie občianskoprávnej pomoci so sídlom Povraznícka 18, Bratislava podľa plnej moci uvedenej v dohode o splnomocnení č. 209000156 uzavretej medzi záložným veriteľom na strane veriteľa a záložcom na strane dlžníka. Navrhovateľ nezákonnosť napadnutého rozhodnutia odôvodnil tým, že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nehnuteľnostiam. Dohoda o splnomocnení bola uzavretá riadne v súlade s príslušnými ustanoveniami Občianskeho zákonníka o zastúpení a spĺňa náležitosti platného právneho úkonu, ktorými sú slobodná vôľa, vážnosť, určitosť a zrozumiteľnosť.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prípade dohody o splnomocnení ide o samostatne existujúci dvojstranný právny úkon, ktorého jednou stranou v postavení splnomocniteľa je dlžník a druhou stranou je zástupca, bez akejkoľvek účasti veriteľa na ňom. Zo spisu správneho orgánu tiež nevyplýva, že by veriteľ zastúpenie zástupcom od dlžníka požadoval alebo mu osobu zástupcu dokonca navrhoval. Je teda zrejmé, že predložené plnomocenstvo je samostatným právnym úkonom uzavretý medzi dlžníkom a jeho zástupcom, ktorý je úplne nezávislým od veriteľa a jeho zmluvnej dokumentácie. Správny orgán nepreukázal, že by veriteľ do tohto právneho úkonu zasahoval alebo ovplyvňoval jeho obsah. Predmetná námietka je teda čo do právneho posúdenia nesprávna a vychádza z nespoľahlivo zisteného skutkového stavu veci. Dohodu o splnomocnení, ktorej predmetom je bezplatné zastupovanie splnomocniteľa splnomocnencom podľa názoru navrhovateľa nemožno posudzovať ako spotrebiteľskú zmluvu a teda sa na ňu ani nevzťahujú ustanovenia § 53 Obč. zákonníka o neprijateľných zmluvných podmienkach v spotrebiteľských zmluvách, na ktoré odkazuje správny orgán v napadnutom rozhodnutí.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odôvodnení rozhodnutia musí správny orgán reagovať na dva okruhy problémov, a to skutkové okolnosti a právne posúdenie. Za skutkové okolnosti treba považovať skutočnosti, ktoré boli nepochybne zistené a ich právny význam. Pri právnom posúdení musí obsahovať konkrétny odkaz na právny predpis, z ktorého správny orgán vyvodzuje svoje právne posúdenie. Nestačí iba citácia príslušného ustanovenia, ale je potrebné aj vyložiť obsah právnej normy, aby bolo zrejmé, aký je vzťah medzi skutkovým zistením a právnym posúdením. Ak správny orgán v odôvodnení napadnutého rozhodnutia takto nepostupoval, je rozhodnutie nepreskúmateľné pre nedostatok dôvodov.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 pretože došlo k riadnemu udeleniu a prijatiu plnej moci na zastupovanie záložcu združením ProHelp a udelené plnomocenstvo obsahuje všetky zákonné náležitosti a je platné, pričom do dňa podania návrhu na vklad záložného práva nebolo splnomocniteľom odvolané. Je evidentné, že dlžník dlhodobo neplnil svoje povinnosti riadne a včas a neplatil svoj dlh tak, ako bolo medzi zmluvnými stranami dohodnuté a odvolateľ ako veriteľ len využil zmluvne dohodnú možnosť zabezpečiť svoj dlh zriadením záložného práva. Odvolateľ pritom pristupuje k využitiu inštitútu zabezpečenia svojej pohľadávky záložným právom len v prípadoch, kedy je záložca dlhodobo v omeškaní so splácaním svojho záväzku, resp. v prípadoch kedy je evidentné, že záložca vylákal od odvolateľa poskytnutie peňažných prostriedkov, pričom tieto nemieni odvolateľovi riadne vrátiť. Súčasne je nutné konštatovať, že počas výkonu podnikateľskej činnosti odvolateľa ani v jednom prípade, kedy mal tento zriadené záložné právo na nehnuteľnosti dlžníka, nedošlo k využitiu úhradovej funkcie záložného práva, t.j. k realizácii záložného práva predajom nehnuteľnosti. Súd v zmysle ust. § 250m ods. 3 O.s.p. za účastníka konania považoval aj J. T., nar. XX.XX.XXXX a J. T., nar. XX.XX.XXXX. Vo veci bolo nariadené pojednávanie na deň 29.06.2016, na ktoré sa predvolaní navrhovateľ a odporca nedostavili, ospravedlnili svoju neprítomnosť a súhlasili s prejednaním veci v ich neprítomnosti, a preto súd v zmysle § 250l ods. 2 v spojení s ust. § 250g ods. 2 O.s.p. vec prejednal a rozhodol v neprítomnosti navrhovateľa a odporcu. Účastníčka konania J. T. na pojednávaní uviedla, že súhlasí s napadnutým rozhodnutím, nemá vedomosť o tom, že by podpisovala Dohodu o splnomocnení, ani takúto dohodu nemá, ona má len zmluvu o spotrebiteľskom úvere. Keby bola vedela, že kvôli úveru 200 eur má byť založená jej nehnuteľnosť, takýto úver by si nezobrala a takúto zmluvu by neuzatvorila. Účastník konania J. T. uviedol, že súhlasí s napadnutým rozhodnutím a stotožňuje sa s výpoveďou svojej manželky. Krajský súd po preskúmaní napadnutého rozhodnutia, ako aj konania predchádzajúceho jeho vydaniu postupom v zmysle Tretej hlavy Piatej časti Občianskeho súdneho poriadku dospel k záveru, že odvolanie nie je dôvodné. Odporca ako správny orgán posudzoval, či predložená zmluva o zriadení záložného práva obsahuje podstatné náležitosti príslušného zmluvného typu a zároveň skúmal, či takáto zmluva bola uzavretá v súlade s príslušnými citovanými ustanoveniami Občianskeho zákonníka, ktoré sa týkajú platnosti právnych úkonov a to z hľadiska kritérií v zmysle ustanovenia § 31 ods. 1 katastrálneho zákona. Podľa § 22 ods. 5 katastrálneho zákona, v katastrálnom konaní sa postupuje podľa všeobecných predpisov o správnom konaní, 7) ak tento zákon alebo iný zákon neustanovuje inak.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3 katastrálneho zákona, ak sú podmienky na vklad splnené, okresný úrad vklad povolí; inak návrh zamietne. Podľa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3 Občianskeho zákonníka, ak dodávateľ nepreukáže opak, zmluvné ustanovenia dohodnuté medzi dodávateľom a spotrebiteľom sa nepovažujú za individuálne dojednané. Podľa § 53 ods. 5 Občianskeho zákonníka, neprijateľné podmienky upravené v spotrebiteľských zmluvách sú neplatné. Podľa § 53 ods. 10 Občianskeho zákonníka,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4 Správneho poriadku, rozhodnutie správnych orgánov musí vychádzať zo spoľahlivo zisteného stavu veci. Správne orgány dbajú o to, aby v rozhodovaní o skutkovo zhodných alebo podobných prípadoch nevznikali neodôvodnené rozdiely. Podľa § 46 Správneho poriadku, rozhodnutie musí byť v súlade so zákonmi a ostatnými právnymi predpismi, musí ho vydať orgán na to príslušný, musí vychádzať zo spoľahlivo zisteného stavu veci a musí obsahovať predpísané náležitosti.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250m ods. 1 O.s.p., konanie sa začína na návrh, ktorým je opravný prostriedok proti rozhodnutiu správneho orgánu. Podľa § 250m ods. 3 O.s.p., účastníkmi konania sú tí, ktorí nimi sú v konaní na správnom orgáne, a správny orgán, ktorého rozhodnutie sa preskúmava. Súd zo spisového materiálu zistil, že dňa 25.10.2013 bola uzavretá Dohoda o splnomocnení medzi splnomocniteľom J. T. a splnomocnencom ProHelp - združenie občianskoprávnej pomoci so sídlom Povraznícka 18, Bratislava za účelom naplnenia a hájenia záujmu splnomocniteľa a na jeho žiadosť o bezplatné zastupovanie pri uskutočnení právnych úkonov uvedených v tejto dohode vykonávaných v súvislosti so zmluvou o úvere uzatvorenou so spoločnosťou Pohotovosť, s.r.o., č. zmluvy 209000156. Splnomocniteľ udelil združeniu ProHelp plnomocenstvo na uzatvorenie záložnej zmluvy podľa § 552 Občianskeho zákonníka v mene splnomocniteľa k nehnuteľnostiam, ktoré v čase uzatvorenia záložnej zmluvy sú v splnomocniteľovom vlastníctve alebo spoluvlastníctve. Bližšia špecifikácia nehnuteľností vo vlastníctve splnomocniteľa bola uvedená v bode 4 predmetnej dohody o splnomocnení. Z formy a obsahu dohody o splnomocnení je zrejmé, že ide o tzv. „formulárovú“ zmluvu, ktorej predtlač formulára písanú malými písmenkami bola už vopred pripravená, do ktorej sa dopisovali iba údaje týkajúce sa splnomocniteľa, číslo zmluvy o úvere uzatvorenej so spoločnosťou Pohotovosť, s.r.o. a v bode 4 špecifikácia nehnuteľností vo vlastníctve splnomocniteľa. Text dohody o splnomocnení je písaný veľmi malým písmom, ťažko čitateľný. Dohoda o splnomocnení bola podpísaná v ten istý deň 25.10.2013 ako zmluva o spotrebiteľskom úvere, ktorá bola spísaná na veľmi podobnom formulári, písaný rovnakým písmom aj spôsobom. Správny orgán pri rozhodovaní o návrhu na vklad zmluvy o zriadení záložného práva predložený navrhovateľom správne posudzoval v zmysle ust. § 31 ods. 1 katastrálneho zákona, či dohoda o splnomocnení je platná, či zmluvná voľnosť účastníkov zmluvy o zriadení záložného práva nie je obmedzené, či zmluva o zriadení záložného práva neodporuje zákonu, či zákon neobchádza, či sa neprieči dobrým mravom. Súd dospel k záveru, že predmetná dohoda o splnomocnení je podľa § 22 ods. 2 Občianskeho zákonníka absolútne neplatná pre rozpor záujmov dlžníka a zástupcu, nakoľko zástupca dlžníka nehájil záujem dlžníka, pretože za dlžníka uzavrel záložnú zmluvu na nehnuteľnosti vo vlastníctve dlžníka, ktorých hodnota mnohonásobne prevyšuje hodnotu úveru v sume 200 eur, a to i napriek tomu, že dlžník sa na základe zmluvy o spotrebiteľskom úvere zaviazal zaplatiť spoločnosti POHOTOVOSŤ, s.r.o. ako veriteľovi celkove čiastku 396 eur. Dohoda o splnomocnení, ktorá bola spísaná na podobnom formulári ako predmetná zmluva o spotrebiteľskom úvere, bola vopred pripravená a jej obsah nemohol dlžník žiadnym spôsobom ovplyvniť a ani ich neovplyvnil. Právne úkony urobené zástupcom v rozpore s ust. § 22 ods. 2 Občianskeho zákonníka sú v zmysle § 39 Občianskeho zákonníka neplatné. Vzhľadom k tomu, že zmluva o zriadení záložného práva bola podpísaná za dlžníka osobou na základe dohody o splnomocnení, ktorá je v rozpore s ust. § 22 ods. 2 Občianskeho zákonníka, potom aj zmluva o zriadení záložného práva je absolútne neplatná v zmysle ust. § 39 Občianskeho zákonníka. Na základe vyššie uvedeného súd dospel k záveru, že odporca rozhodol vecne správne a preto napadnuté rozhodnutie podľa § 250q ods. 2 O.s.p. potvrdil. Súd rozhodol o náhrade trov konania navrhovateľa a účastníkov konania v zmysle ust. § 250m O.s.p. a v súlade s ust. § 250k ods. 1 O.s.p. tak, že im náhradu trov konania nepriznal, nakoľko navrhovateľ bol procesne neúspešný a účastníčke J. T. a J. T. vzhľadom na právnu úpravu v zmysle ust. § 250l ods. 2 O.s.p. v spojení s ust. § 250k O.s.p. nie je možné náhradu trov konania priznať. Súd uložil navrhovateľovi povinnosť zaplatiť súdny poplatok za návrh v zmysle ust. § 2 ods. 4, § 5 ods. 1 písm. h) zákona č. 71/1992 Zb. o súdnych poplatkoch podľa položky 10 písm. e) sadzobníka súdnych poplatkov, ktorý tvorí prílohu zákona. Poučenie: Proti tomuto rozhodnutiu je možné podať odvolanie v lehote do 15 dní odo dňa jeho doručenia prostredníctvom tunajšieho súdu na Najvyšší súd Slovenskej republiky.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https://www.kauzis.sk/judikatura/r/ECLI:SK:KSTT:2016:2016200229.1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