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20Sp/9/2016 z 15. 12. 2016</w:t>
      </w:r>
    </w:p>
    <w:p>
      <w:r>
        <w:t>Uznesenie Krajského súdu Trnava z 15. decembra 2016, sp. zn. 20Sp/9/2016, ECLI:SK:KSTT:2016:2016200232.2</w:t>
      </w:r>
    </w:p>
    <w:p>
      <w:r>
        <w:t>Súd: Krajský súd Trnava</w:t>
      </w:r>
    </w:p>
    <w:p>
      <w:r>
        <w:t>Spisová značka: 20Sp/9/2016</w:t>
      </w:r>
    </w:p>
    <w:p>
      <w:r>
        <w:t>ECLI: ECLI:SK:KSTT:2016:2016200232.2</w:t>
      </w:r>
    </w:p>
    <w:p>
      <w:r>
        <w:t>Dátum vydania: 15. 12.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Trnava Spisová značka: 20Sp/9/2016 Identifikačné číslo súdneho spisu: 2016200232 Dátum vydania rozhodnutia: 16. 12. 2016 Meno a priezvisko sudcu, VSÚ: JUDr. Róbert Foltán ECLI: ECLI:SK:KSTT:2016:2016200232.2 Uznesenie Krajský súd v Trnave v právnej veci žalobcu POHOTOVOSŤ, s. r. o., so sídlom Pribinova 25, Bratislava, IČO: 35 807 598, proti žalovanému: Okresný úrad Trnava, katastrálny odbor, Vajanského 2, Trnava, o odvolaní žalobcu proti rozhodnutiu žalovaného č. V 3900/14-03 zo dňa 5.10.2015, za účasti účastníka správneho konania P. E., nar. XX.XX.XXXX, bytom P. B. XXX, zastúpeného opatrovníkom Obcou P. B., P. B. XXX, takto r o z h o d o l : Súd konanie z a s t a v u j e . Žiaden z účastníkov nemá právo na náhradu trov konania. o d ô v o d n e n i e : 1. Žalobca v zákonnej lehote podal odvolanie proti rozhodnutiu žalovaného č. V 3900/14 - 03 zo dňa 5.10.2015, ktorým bol zamietnutý jeho návrh na vklad záložného práva do katastra nehnuteľností zo dňa 2.7.2014 podaný na základe zmluvy o zriadení záložného práva č. 243/2014-PTR zo dňa 30.5.2014, prejednanie ktorého spadá do právomoci tunajšieho súdu. 2. Nakoľko žalobca pred rozhodnutím súdu o jeho opravnom prostriedku vzal návrh v celom rozsahu späť, súd konanie vo veci podľa § 96 ods. 1 O.s.p. v spojení s § 492 ods. 1 SSP (zák. č. 162/2015 Z.z.) zastavil. 3. O trovách konania rozhodol súd podľa § 146 ods.1 písm. c) O.s.p. Poučenie: Proti tomuto rozhodnutiu je možné podať odvolanie v lehote 15 dní odo dňa doručenia prostredníctvom tohto súdu na Najvyšší súd SR.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https://www.kauzis.sk/judikatura/r/ECLI:SK:KSTT:2016:2016200232.2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