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21Sd/29/2016 z 16. 5. 2016</w:t>
      </w:r>
    </w:p>
    <w:p>
      <w:r>
        <w:t>Uznesenie Krajského súdu Trnava z 16. mája 2016, sp. zn. 21Sd/29/2016, ECLI:SK:KSTT:2016:2016200245.1</w:t>
      </w:r>
    </w:p>
    <w:p>
      <w:r>
        <w:t>Súd: Krajský súd Trnava</w:t>
      </w:r>
    </w:p>
    <w:p>
      <w:r>
        <w:t>Spisová značka: 21Sd/29/2016</w:t>
      </w:r>
    </w:p>
    <w:p>
      <w:r>
        <w:t>ECLI: ECLI:SK:KSTT:2016:2016200245.1</w:t>
      </w:r>
    </w:p>
    <w:p>
      <w:r>
        <w:t>Dátum vydania: 16. 5. 2016</w:t>
      </w:r>
    </w:p>
    <w:p>
      <w:r>
        <w:t>Forma: Uznesenie</w:t>
      </w:r>
    </w:p>
    <w:p>
      <w:pPr>
        <w:pStyle w:val="Heading2"/>
      </w:pPr>
      <w:r>
        <w:t>Text rozhodnutia</w:t>
      </w:r>
    </w:p>
    <w:p>
      <w:r>
        <w:t>Súd: Krajský súd Trnava Spisová značka: 21Sd/29/2016 Identifikačné číslo súdneho spisu: 2016200245 Dátum vydania rozhodnutia: 17. 05. 2016 Meno a priezvisko sudcu, VSÚ: JUDr. Božena Husárová ECLI: ECLI:SK:KSTT:2016:2016200245.1 Uznesenie Krajský súd v Trnave v právnej veci navrhovateľa: U. G., nar. XX.XX.XXXX, bytom J. R. XXX, XXX XX F.-P.,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03.02.2016, žiadal o preskúmanie rozhodnutia odporkyne č. XXX XXX XXXX X zo dňa 16.01.2016, ktorým odporkyňa znížila navrhovateľovi sumu invalidného dôchodku od 08.02.2016 na 241,90 eur mesačne. Na základe opravného prostriedku navrhovateľa bol jeho zdravotný stav opakovane preskúmaný posudkovým lekárom sociálneho poistenia Sociálnej poisťovne, ústredie dňa 14.04.2016, so záverom, že navrhovateľ je invalidný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55%. Navrhovateľ po oboznámení sa s týmto záverom ešte pred pojednávaním vzal svoj návrh o preskúmanie rozhodnutia, podaním doručeným tunajšiemu súdu dňa 05.05.2016,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