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23Sp/10/2016 z 1. 8. 2016</w:t>
      </w:r>
    </w:p>
    <w:p>
      <w:r>
        <w:t>Rozsudok Krajského súdu Trnava z 1. augusta 2016, sp. zn. 23Sp/10/2016, ECLI:SK:KSTT:2016:2016200253.1</w:t>
      </w:r>
    </w:p>
    <w:p>
      <w:r>
        <w:t>Súd: Krajský súd Trnava</w:t>
      </w:r>
    </w:p>
    <w:p>
      <w:r>
        <w:t>Spisová značka: 23Sp/10/2016</w:t>
      </w:r>
    </w:p>
    <w:p>
      <w:r>
        <w:t>ECLI: ECLI:SK:KSTT:2016:2016200253.1</w:t>
      </w:r>
    </w:p>
    <w:p>
      <w:r>
        <w:t>Dátum vydania: 1. 8. 2016</w:t>
      </w:r>
    </w:p>
    <w:p>
      <w:r>
        <w:t>Forma: Rozsudok</w:t>
      </w:r>
    </w:p>
    <w:p>
      <w:r>
        <w:t>Oblasť práva: Správne právo</w:t>
      </w:r>
    </w:p>
    <w:p>
      <w:pPr>
        <w:pStyle w:val="Heading2"/>
      </w:pPr>
      <w:r>
        <w:t>Text rozhodnutia</w:t>
      </w:r>
    </w:p>
    <w:p>
      <w:r>
        <w:t>Súd: Krajský súd Trnava Spisová značka: 23Sp/10/2016 Identifikačné číslo súdneho spisu: 2016200253 Dátum vydania rozhodnutia: 02. 08. 2016 Meno a priezvisko sudcu, VSÚ: JUDr. Andrea Vyskočová ECLI: ECLI:SK:KSTT:2016:2016200253.1 ROZSUDOK V MENE SLOVENSKEJ REPUBLIKY Krajský súd v Trnave v konaní pred samosudkyňou JUDr. Andreou Vyskočovou v právnej veci navrhovateľa: POHOTOVOSŤ, s.r.o., so sídlom Pribinova 25, 811 09 Bratislava, IČO: 35 807 598, proti odporcovi: Okresný úrad Dunajská Streda, katastrálny odbor, Agátová 7, 929 01 Dunajská Streda, za účasti: B. E., nar. XX.XX.XXXX, bytom Z. XXX/XX, XXX XX A., o návrhu na preskúmanie rozhodnutia odporcu č. V 21/16-02 zo dňa 26.02.2016, takto r o z h o d o l : I. Súd napadnuté rozhodnutie odporcu č. V 21/16-02 zo dňa 26. februára 2016 p o t v r d z u j e. II. Súd navrhovateľovi náhradu trov konania nepriznáva III. Súd účastníkovi konania B. E. náhradu trov konania nepriznáva. IV. Navrhovateľ je povinný zaplatiť súdny poplatok v sume 35 eur, do troch dní od právoplatnosti rozsudku. o d ô v o d n e n i e : 1. Odporca preskúmavaným rozhodnutím rozhodol o návrhu na vklad záložného práva do katastra nehnuteľností podľa § 11 ods. 2, § 18 ods. 2 a § 22 ods. 2 zákona č. 162/1995 Z.z. o katastri nehnuteľnosti a o zápise vlastníckych a iných práv k nehnuteľnostiam v znení neskorších predpisov (ďalej len „katastrálny zákon“) a § 5, § 46 a § 47 zák. č. 71/1967 Zb. o správnom konaní v znení neskorších predpisov (správny poriadok) tak, že podľa § 31 ods. 3 zákona o katastri nehnuteľnosti návrh na vklad záložného práva do katastra nehnuteľnosti podaný na Okresný úrad Dunajská Streda, katastrálny odbor, dňa 05.01.2016 pod č. k. V 21/16 spolu so Zmluvou o zriadení záložného práva č. 312/2015-RAČ uzavretou v Bratislave dňa 20.11.2015 na základe Zmluvy o úvere č. 200300032 zamietol. 2. V odôvodnení odporca uviedol, že Okresnému úradu Dunajská Streda, katastrálny odbor bol dňa 05.01.2016 doručený návrh na vklad záložného práva do katastra, ktorý bol prijatý pod č. k. V 21/16 a jeho prílohou bola Zmluva o zriadení záložného práva, ktorá vznikla na základe Zmluvy o úvere č. 200300032, ktorá bola uzavretá medzi účastníkmi konania. Podľa predloženej zmluvy predmetom záložného práva boli nehnuteľnosti nachádzajúce sa v katastrálnom území A. zapísané v liste vlastníctva č. XXXX, parc. č. 1210/4 o výmere 679 m2 - ovocné sady, parc. č. 1210/7 o výmere 134 m2 - zastavané plochy a nádvorie, parc. č. 1210/8 o výmere 151 m2 - ostatné plochy, parc. č. 1210/9 o výmere 24 m2 - ostatné plochy, parc. č. 1210/10 o výmere 6 m2 - ostatné plochy, rodinný dom so súpisným číslom XXX na parc. č. 1210/7 (spoluvlastnícky podiel 1/1). Za záložcu záložnú zmluvu podpísal splnomocnenec ProHelp, združenie občianskoprávnej pomoci so sídlom Povraznícka 18, Bratislava, IČO: 421 801 39 na základe dohody o splnomocnení. V danom prípade zástupcu záložcovi vybral samotný veriteľ pri poskytovaní úverov. Už samotná táto skutočnosť vyvoláva podozrenie, že zástupca bude konať v zhode s veriteľom a nebude chrániť oprávnené záujmy záložcu. Záložca nemal možnosť vybrať si zástupcu, ktorý by chránil jeho záujmy, ale bol nútený podpísať Dohodu o splnomocnení, ktorú mu predložil veriteľ na štandardnom formulári, pričom nemal žiadnu možnosť ovplyvniť jej obsah. Takéto splnomocnenie spôsobuje hrubú nerovnováhu v právach a povinnostiach v neprospech záložcu. Zastupovanie osobou, ktorej záujmy sú v rozpore so záujmami zastúpeného, je v rozpore s § 22 ods. 2 Občianskeho zákonníka a právne úkony urobené takýmito osobami sú absolútne neplatné bez ohľadu na skutočnosť, či o tom účastníci právneho úkonu vedeli. V rovine ochrany spotrebiteľa, aj keď je dohoda o plnej moci zaradená na samostatnej listine, ide o štandardnú zmluvnú podmienku, ktorej znenie nemohlo spotrebiteľ (záložca) ovplyvniť. Veriteľ dosahuje zaťaženie majetku dlžníka formou neprijateľnej zmluvnej podmienky v čase brania úveru - teda v čase nižšej bdelosti dlžníka, čo je možné hodnotiť ako nekalú obchodnú praktiku. 3. Pri posudzovaní platnosti predloženej Zmluvy o zriadení záložného práva správny orgán zistil, že záložný veriteľ spoločnosť POHOTOVOSŤ, s.r.o., poskytla dlžníkovi úver vo výške 1600 eur spolu jej príslušenstvom, úroky z omeškania, poplatky a ostatné pohľadávky a zmluvné pokuty vyplývajúce zo zmluvy o úvere, ako aj ostatných celkových nákladov v zmysle platných všeobecných podmienok od omeškania, až do zaplatenia, ktorý sa zabezpečuje záložným právom zriadeným k vyššie uvedeným nehnuteľnostiam, ktorých trhová hodnota podstatne prevyšuje výšku poskytnutého úveru a preto podľa názoru správneho orgánu je výška zábezpeky neprimerane vysoká a prieči sa dobrým mravom. 4. Na základe uvedené správny orgán dospel k záveru, že Zmluva o zriadení záložného práva č. 312/2015- RAČ uzavretá dňa 20.11.2015 odporuje zákonu a preto rozhodol tak, že návrh na vklad záložného práva zamietol. 5. Navrhovateľ podal proti predmetnému rozhodnutiu v zákonnej lehote odvolanie a žiadal, aby súd napadnuté rozhodnutie odporcu zrušil a vec vrátil späť na správne konanie, aby bola odporcovi uložená povinnosť nahradiť trovy konania. Navrhovateľ uviedol, že dňa 20.11.2015 bola uzavretá zmluva o zriadení záložného práva č. 312/2015-RAČ medzi navrhovateľom ako záložným veriteľom a fyzickou osobou B. E. ako dlžníkom a záložcom, ktorý bol zastúpený združením ProHelp - združenie občianskoprávnej pomoci so sídlom Povraznícka 18, Bratislava podľa plnej moci uvedenej v dohode o splnomocnení č. 200300032 uzavretej medzi záložným veriteľom na strane veriteľa a záložcom na strane dlžníka. Navrhovateľ nezákonnosť napadnutého rozhodnutia odôvodnil tým, že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Dohoda o splnomocnení bola uzavretá riadne v súlade s príslušnými ustanoveniami Občianskeho zákonníka o zastúpení a spĺňa náležitosti platného právneho úkonu, ktorými sú slobodná vôľa, vážnosť, určitosť a zrozumiteľnosť. Správny orgán sa v odôvodnení napadnutého rozhodnutia obmedzil len na konštatovanie, že záložca - dlžník nemohol ovplyvniť výber splnomocnenca. Takáto správna úvaha nespĺňa základné kritériá odôvodnenia rozhodnutia správneho orgánu podľa § 47 ods. 3 Správneho poriadku. V prípade dohody o splnomocnení ide o samostatne existujúci dvojstranný právny úkon, ktorého jednou stranou v postavení splnomocniteľa je dlžník a druhou stranou je zástupca, bez akejkoľvek účasti veriteľa na ňom. Zo spisu správneho orgánu tiež nevyplýva, že by veriteľ zastúpenie zástupcom od dlžníka požadoval alebo mu osobu zástupcu dokonca navrhoval. Je teda zrejmé, že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Dohodu o splnomocnení, ktorej predmetom je bezplatné zastupovanie splnomocniteľa splnomocnencom podľa názoru navrhovateľa nemožno posudzovať ako spotrebiteľskú zmluvu a teda sa na ňu ani nevzťahujú ustanovenia § 53 Obč. zákonníka o neprijateľných zmluvných podmienkach v spotrebiteľských zmluvách, na ktoré odkazuje správny orgán v napadnutom rozhodnutí. Rozhodnutie, resp. záver správneho orgánu po neplatnosti zmluvy o úvere pre rozpor s dobrými mravmi je nepreskúmateľné pre nedostatok dôvodov. 6. Súd za účastníka konania považoval v zmysle ust. § 250m ods. 3 O.s.p. aj B. E.. 7. Vo veci bolo nariadené pojednávanie, na ktoré sa predvolaní navrhovateľ a odporca nedostavili, ktorí svoju neprítomnosť ospravedlnili a súhlasili s prejednaním veci v ich neprítomnosti, a preto súd v zmysle § 250l ods. 2 v spojení s ust. § 250g ods. 2 O.s.p. prejednal a rozhodol vec v neprítomnosti navrhovateľa a odporcu. 8. Účastník konania B. E. uviedol, že nemá vedomosť o tom, že by uzavrel dohodu o splnomocnení a keby vedel, že má založiť nehnuteľnosť, tak by si úver od navrhovateľa nezobral. Rozhodnutie ponecháva na úvahe súdu. 9. Podľa § 492 ods. 2 zákona č. 162/2015 Z.z. Správny súdny poriadok účinný od 1. júla 2016 10. Odvolacie konania podľa piatej časti Občianskeho súdneho poriadku začaté predo dňom nadobudnutia účinnosti tohto zákona sa dokončia podľa doterajších predpisov. 11. Krajský súd po preskúmaní napadnutého rozhodnutia, ako aj konania predchádzajúceho jeho vydaniu postupom v zmysle tretej hlavy piatej časti Občianskeho súdneho poriadku dospel k záveru, že odvolanie nie je dôvodné. 12. Odporca ako správny orgán posudzoval, či predložená zmluva o zriadení záložného práva obsahuje podstatné náležitosti príslušného zmluvného typu a zároveň skúmal, či takáto zmluva bola uzavretá v súlade s príslušnými citovanými ustanoveniami Občianskeho zákonníka, ktoré sa týkajú platnosti právnych úkonov a to z hľadiska kritérií v zmysle ustanovenia § 31 ods. 1 katastrálneho zákona. 13. Podľa § 22 ods. 5 katastrálneho zákona, v katastrálnom konaní sa postupuje podľa všeobecných predpisov o správnom konaní, 7) ak tento zákon alebo iný zákon neustanovuje inak. 14.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15. Podľa § 31 ods. 3 katastrálneho zákona, ak sú podmienky na vklad splnené, okresný úrad vklad povolí; inak návrh zamietne. 16. Podľa § 22 ods.2 Občianskeho zákonníka, zastupovať iného nemôže ten, kto sám nie je spôsobilý na právny úkon, o ktorý ide, ani ten, záujmy ktorého sú v rozpore so záujmami zastúpeného. 17. Podľa § 23 Občianskeho zákonníka, zastúpenie vzniká na základe zákona alebo rozhodnutia štátneho orgánu (zákonné zastúpenie) alebo na základe dohody o plnomocenstve. 18. Podľa § 37 ods. 1 Občianskeho zákonníka, právny úkon sa musí urobiť slobodne a vážne, určite a zrozumiteľne; inak je neplatný. 19. Podľa § 39 Občianskeho zákonníka, neplatný je právny úkon, ktorý svojím obsahom alebo účelom odporuje zákonu alebo ho obchádza alebo sa prieči dobrým mravom. 20.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21.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22. Podľa § 53 ods. 2 Občianskeho zákonníka, za individuálne dojednané zmluvné ustanovenia sa nepovažujú také, s ktorými mal spotrebiteľ možnosť oboznámiť sa pred podpisom zmluvy, ak nemohol ovplyvniť ich obsah. 23. Podľa § 53 ods. 3 Občianskeho zákonníka, ak dodávateľ nepreukáže opak, zmluvné ustanovenia dohodnuté medzi dodávateľom a spotrebiteľom sa nepovažujú za individuálne dojednané. 24. Podľa § 53 ods. 5 Občianskeho zákonníka, neprijateľné podmienky upravené v spotrebiteľských zmluvách sú neplatné. 25. Podľa § 53 ods. 10 Občianskeho zákonníka,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26.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27.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28.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29. Podľa § 3 ods. 4 Správneho poriadku, rozhodnutie správnych orgánov musí vychádzať zo spoľahlivo zisteného stavu veci. Správne orgány dbajú o to, aby v rozhodovaní o skutkovo zhodných alebo podobných prípadoch nevznikali neodôvodnené rozdiely. 30. Podľa § 46 Správneho poriadku, rozhodnutie musí byť v súlade so zákonmi a ostatnými právnymi predpismi, musí ho vydať orgán na to príslušný, musí vychádzať zo spoľahlivo zisteného stavu veci a musí obsahovať predpísané náležitosti. 31. Podľa § 244 ods. 1 O.s.p., v správnom súdnictve preskúmavajú súdy na základe žalôb alebo opravných prostriedkov zákonnosť rozhodnutí a postupov orgánov verejnej správy. 32.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33. Podľa § 250l ods. 1 O.s.p., podľa ustanovení tejto hlavy sa postupuje v prípadoch, v ktorých zákon zveruje súdom rozhodovanie o opravných prostriedkoch proti neprávoplatným rozhodnutiam správnych orgánov. 34. Podľa § 250l ods. 2 O.s.p., pokiaľ v tejto hlave nie je ustanovené inak, použije sa primerane ustanovenie druhej hlavy s výnimkou § 250a. 35. Podľa § 250m ods. 1 O.s.p., konanie sa začína na návrh, ktorým je opravný prostriedok proti rozhodnutiu správneho orgánu. 36. Podľa § 250m ods. 3 O.s.p., účastníkmi konania sú tí, ktorí nimi sú v konaní na správnom orgáne, a správny orgán, ktorého rozhodnutie sa preskúmava. 37. Súd zo spisového materiálu zistil, že dňa 09.01.2015 bola uzavretá dohoda o splnomocnení medzi splnomocniteľom B. E. a splnomocnencom ProHelp - združenie občianskoprávnej pomoci so sídlom Povraznícka 18, Bratislava za účelom naplnenia a hájenia záujmu splnomocniteľa a na jeho žiadosť o bezplatné zastupovanie pri uskutočnení právnych úkonov uvedených v tejto dohode vykonávaných v súvislosti so zmluvou o úvere uzatvorenou so spoločnosťou Pohotovosť, s.r.o., č. zmluvy 200300032. Splnomocniteľ udelil združeniu ProHelp plnomocenstvo na uzatvorenie záložnej zmluvy podľa § 552 Občianskeho zákonníka v mene splnomocniteľa k nehnuteľnostiam, ktoré v čase uzatvorenia záložnej zmluvy sú v splnomocniteľovom vlastníctve alebo spoluvlastníctve. Bližšia špecifikácia nehnuteľností vo vlastníctve splnomocniteľa bola uvedená v bode 4 predmetnej dohody o splnomocnení. Z formy a obsahu dohody o splnomocnení je zrejmé, že ide o tzv. „formulárovú“ zmluvu, ktorej predtlač formulára písanú malými písmenkami bola už vopred pripravená, do ktorej sa dopisovali iba údaje týkajúce sa splnomocniteľa, číslo zmluvy o úvere uzatvorenej so spoločnosťou Pohotovosť, s.r.o. a v bode 4 špecifikácia nehnuteľností vo vlastníctve splnomocniteľa. Text dohody o splnomocnení je písaný veľmi malým písmom, ťažko čitateľný. Dohoda o splnomocnení bola podpísaná v ten istý deň 09.01.2015 ako zmluva o spotrebiteľskom úvere, ktorá bola spísaná na veľmi podobnom formulári, písaný rovnakým písmom aj spôsobom. Podpisy dlžníka boli overené u toho istého notára aj pri zmluve o spotrebiteľskom úvere, aj pri dohode o splnomocnení. 38. Správny orgán pri rozhodovaní o návrhu na vklad zmluvy o zriadení záložného práva predložený navrhovateľom správne posudzoval v zmysle ust. § 31 ods.1 katastrálneho zákona, či dohoda o splnomocnení je platná, či zmluvná voľnosť účastníkov zmluvy o zriadení záložného práva nie je obmedzená, či zmluva o zriadení záložného práva neodporuje zákonu, či zákon neobchádza, či sa neprieči dobrým mravom. 39. Súd dospel k záveru, že predmetná dohoda o splnomocnení je podľa § 22 ods. 2 Občianskeho zákonníka absolútne neplatná pre rozpor záujmov dlžníka a zástupcu, nakoľko zástupca dlžníka nehájil záujem dlžníka, pretože za dlžníka uzavrel záložnú zmluvu na nehnuteľnosti vo vlastníctve dlžníka, ktorých hodnota mnohonásobne prevyšuje hodnotu úverov, a to i napriek tomu, že dlžník sa na základe zmlúv o spotrebiteľskom úvere zaviazal zaplatiť spoločnosti POHOTOVOSŤ, s.r.o. ako veriteľovi okrem príslušenstva aj náklady spojené so spotrebiteľskými úvermi, ktoré sú skoro vo výške poskytnutých úverov. Dohoda o splnomocnení, ktorá bola spísaná na podobnom formulári ako predmetná zmluva o spotrebiteľskom úvere, bola vopred pripravená a ich obsah nemohol dlžník žiadnym spôsobom ovplyvniť a ani ich neovplyvnil. 40. Právne úkony urobené zástupcom v rozpore s ust. § 22 ods. 2 Občianskeho zákonníka sú v zmysle § 39 Občianskeho zákonníka neplatné. 41. Vzhľadom k tomu, že zmluva o zriadení záložného práva bola podpísaná za dlžníka osobou na základe dohody o splnomocnení, ktorá je v rozpore s ust. § 22 ods. 2 Občianskeho zákonníka, potom aj zmluva o zriadení záložného práva je absolútne neplatná v zmysle ust. § 39 Občianskeho zákonníka. 42. Na základe vyššie uvedeného súd dospel k záveru, že odporca rozhodol vecne správne a preto napadnuté rozhodnutie podľa § 250q ods. 2 O.s.p. potvrdil. 43. Súd rozhodol o náhrade trov konania navrhovateľa a účastníka konania v zmysle ust. § 250m O.s.p. a v súlade s ust. § 250k ods. 1 O.s.p. tak, že im náhradu trov konania nepriznal, nakoľko navrhovateľ bol procesne neúspešný a účastníkovi B. E. vzhľadom na právnu úpravu v zmysle ust. § 250l ods. 2 O.s.p. v spojení s ust. § 250k O.s.p. nie je možné náhradu trov konania priznať. 44. Súd uložil navrhovateľovi povinnosť zaplatiť súdny poplatok za návrh v zmysle ust. § 2 ods.4, § 5 ods.1 písm. h) zákona č. 71/1992 Zb. o súdnych poplatkoch podľa položky 10 písm. e) sadzobníka súdnych poplatkov, ktorý tvorí prílohu zákona. Poučenie: Proti tomuto rozhodnutiu je možné podať odvolanie v lehote do 15 dní odo dňa jeho doručenia prostredníctvom tunajšieho súdu na Najvyšší súd Slovenskej republiky.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https://www.kauzis.sk/judikatura/r/ECLI:SK:KSTT:2016:2016200253.1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