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44Sd/33/2016 z 4. 9. 2016</w:t>
      </w:r>
    </w:p>
    <w:p>
      <w:r>
        <w:t>Uznesenie Krajského súdu Trnava z 4. septembra 2016, sp. zn. 44Sd/33/2016, ECLI:SK:KSTT:2016:2016200275.1</w:t>
      </w:r>
    </w:p>
    <w:p>
      <w:r>
        <w:t>Súd: Krajský súd Trnava</w:t>
      </w:r>
    </w:p>
    <w:p>
      <w:r>
        <w:t>Spisová značka: 44Sd/33/2016</w:t>
      </w:r>
    </w:p>
    <w:p>
      <w:r>
        <w:t>ECLI: ECLI:SK:KSTT:2016:2016200275.1</w:t>
      </w:r>
    </w:p>
    <w:p>
      <w:r>
        <w:t>Dátum vydania: 4. 9. 2016</w:t>
      </w:r>
    </w:p>
    <w:p>
      <w:r>
        <w:t>Forma: Uznesenie</w:t>
      </w:r>
    </w:p>
    <w:p>
      <w:pPr>
        <w:pStyle w:val="Heading2"/>
      </w:pPr>
      <w:r>
        <w:t>Text rozhodnutia</w:t>
      </w:r>
    </w:p>
    <w:p>
      <w:r>
        <w:t>Súd: Krajský súd Trnava Spisová značka: 44Sd/33/2016 Identifikačné číslo súdneho spisu: 2016200275 Dátum vydania rozhodnutia: 05. 09. 2016 Meno a priezvisko sudcu, VSÚ: JUDr. Pavol Laczo ECLI: ECLI:SK:KSTT:2016:2016200275.1 Uznesenie Krajský súd v Trnave v právnej veci navrhovateľa: V. X., nar. XX.X.XXXX, bytom O. H. XXXX/XX, XXX XX B., t. č. Z. XX - F. X. X., XXX XX B., proti odporkyni: Sociálna poisťovňa, ústredie, so sídlom ul. 29. augusta č. 8, Bratislava, o preskúmanie rozhodnutia odporkyne č. XXX XXX XXXX X zo dňa 21.10.2015, takto r o z h o d o l : I. Súd konanie z a s t a v u j e. II. Žiaden z účastníkov nemá právo na náhradu trov konania. o d ô v o d n e n i e : 1. Návrhom doručeným odporkyni dňa 25.11.2015, sa navrhovateľ domáhal preskúmania rozhodnutia odporkyne č. XXX XXX XXXX X zo dňa 21.10.2015, ktorým mu bola podľa § 70a a § 71 zákona č. 461/2003 Z. z. o sociálnom poistení zamietnutá žiadosť o invalidný dôchodok zo dňa 6.10.2015. 2. Na základe podaného návrhu bol dňa 27.4.2016 zdravotný stav navrhovateľa znovu posúdený posudkovým lekárom sociálneho poistenia, ktorý vo svojom posudku vyslovil záver, že navrhovateľ nie je invalidný podľa § 71 ods. 1 zák. č. 461/2003 Z.z. o sociálnom poistení, lebo pre dlhodobo nepriaznivý zdravotný stav nemá pokles schopnosti vykonávať zárobkovú činnosť o viac ako 40 % v porovnaní so zdravou fyzickou osobou. Miera poklesu schopnosti vykonávať zárobkovú činnosť bola u navrhovateľa v percentách stanovená na 35 %. 3. Navrhovateľ po oboznámení sa s lekárskou správou zo dňa 27.4.2016, podaním došlým tunajšiemu súdu dňa 19.7.2016 oznámil, že na podanom návrhu netrvá, berie ho späť a konanie žiada zastaviť. 4. V priebehu súdneho konania (dňa 1.7.2016) nadobudol účinnosť zákon č.162/2015 Z.z. Správny súdny poriadok (S.s.p.). Podľa § 492 ods. 1 S.s.p. konania podľa tretej hlavy piatej časti Občianskeho súdneho poriadku začaté predo dňom nadobudnutia účinnosti tohto zákona sa dokončia podľa doterajších predpisov. Vzhľadom k tomu, že predmetné konanie bolo začaté podľa tretej hlavy piatej časti Občianskeho súdneho poriadku, súd postupoval v konaní podľa doterajších predpisov. 5.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prejednal vec postupom bez nariadenia pojednávania a vzhľadom na právny úkon navrhovateľa - späťvzatie návrhu - opravného prostriedku dospel k záveru, že je dôvodné v súlade s ustanovením §250h ods. 2 a § 250d ods. 3 O.s.p. s použitím § 250l ods. 2 O.s.p. konanie zastaviť. 6. Podľa § 250l ods. 2 O.s.p. pokiaľ v tejto hlave nie je ustanovené inak, použije sa primerane ustanovenie druhej hlavy s výnimkou § 250a. 7.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8.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9. Vzhľadom na prejav vôle navrhovateľa spočívajúci v späťvzatí návrhu, súd postupoval podľa § 250d ods. 3 v spojení s § 250h ods. 2 O.s.p. a konanie zastavil. 10.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https://www.kauzis.sk/judikatura/r/ECLI:SK:KSTT:2016:2016200275.1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