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43Sd/20/2016 z 30. 5. 2016</w:t>
      </w:r>
    </w:p>
    <w:p>
      <w:r>
        <w:t>Uznesenie Krajského súdu Trnava z 30. mája 2016, sp. zn. 43Sd/20/2016, ECLI:SK:KSTT:2016:2016200277.1</w:t>
      </w:r>
    </w:p>
    <w:p>
      <w:r>
        <w:t>Súd: Krajský súd Trnava</w:t>
      </w:r>
    </w:p>
    <w:p>
      <w:r>
        <w:t>Spisová značka: 43Sd/20/2016</w:t>
      </w:r>
    </w:p>
    <w:p>
      <w:r>
        <w:t>ECLI: ECLI:SK:KSTT:2016:2016200277.1</w:t>
      </w:r>
    </w:p>
    <w:p>
      <w:r>
        <w:t>Dátum vydania: 30. 5. 2016</w:t>
      </w:r>
    </w:p>
    <w:p>
      <w:r>
        <w:t>Forma: Uznesenie</w:t>
      </w:r>
    </w:p>
    <w:p>
      <w:pPr>
        <w:pStyle w:val="Heading2"/>
      </w:pPr>
      <w:r>
        <w:t>Text rozhodnutia</w:t>
      </w:r>
    </w:p>
    <w:p>
      <w:r>
        <w:t>Súd: Krajský súd Trnava Spisová značka: 43Sd/20/2016 Identifikačné číslo súdneho spisu: 2016200277 Dátum vydania rozhodnutia: 31. 05. 2016 Meno a priezvisko sudcu, VSÚ: JUDr. Ľubomír Bundzel ECLI: ECLI:SK:KSTT:2016:2016200277.1 Uznesenie Krajský súd v Trnave v právnej veci navrhovateľa: D. E., nar. XX.XX.XXXX, bytom C. XXX/XX, XXX XX Q.,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doručeným odporkyni dňa 01.02.2016, žiadal o preskúmanie rozhodnutia odporkyne č. XXX XXX XXXX X zo dňa 04.01.2016, ktorým odporkyňa zamietla žiadosť navrhovateľa o invalidný dôchodok zo dňa 09.12.2015. Na základe opravného prostriedku navrhovateľa bol jeho zdravotný stav opakovane preskúmaný posudkovým lekárom sociálneho poistenia Sociálnej poisťovne, ústredie dňa 27.04.2016, so záverom, že navrhovateľ je invalidný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navrhovateľa stanovená na 45% od 27.04.2016. Odporkyňa tak vyhovela opravnému prostriedku navrhovateľa. Navrhovateľ po oboznámení sa s týmto záverom ešte pred pojednávaním oznámil súdu, podaním zo dňa 23.05.2016, že s výsledkom znovuposúdenia zdravotného stavu súhlasí. Z obsahu podania zo dňa 23.05.2016 je zrejmé, že navrhovateľ na ďalšom konaní netrvá, súd preto posúdil predmetné podanie ako späťvzatie opravného prostriedku.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https://www.kauzis.sk/judikatura/r/ECLI:SK:KSTT:2016:2016200277.1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