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44Sd/35/2016 z 4. 12. 2016</w:t>
      </w:r>
    </w:p>
    <w:p>
      <w:r>
        <w:t>Rozsudok Krajského súdu Trnava z 4. decembra 2016, sp. zn. 44Sd/35/2016, ECLI:SK:KSTT:2016:2016200280.3</w:t>
      </w:r>
    </w:p>
    <w:p>
      <w:r>
        <w:t>Súd: Krajský súd Trnava</w:t>
      </w:r>
    </w:p>
    <w:p>
      <w:r>
        <w:t>Spisová značka: 44Sd/35/2016</w:t>
      </w:r>
    </w:p>
    <w:p>
      <w:r>
        <w:t>ECLI: ECLI:SK:KSTT:2016:2016200280.3</w:t>
      </w:r>
    </w:p>
    <w:p>
      <w:r>
        <w:t>Dátum vydania: 4. 12. 2016</w:t>
      </w:r>
    </w:p>
    <w:p>
      <w:r>
        <w:t>Forma: Rozsudok</w:t>
      </w:r>
    </w:p>
    <w:p>
      <w:r>
        <w:t>Oblasť práva: Správne právo</w:t>
      </w:r>
    </w:p>
    <w:p>
      <w:pPr>
        <w:pStyle w:val="Heading2"/>
      </w:pPr>
      <w:r>
        <w:t>Text rozhodnutia</w:t>
      </w:r>
    </w:p>
    <w:p>
      <w:r>
        <w:t>Súd: Krajský súd Trnava Spisová značka: 44Sd/35/2016 Identifikačné číslo súdneho spisu: 2016200280 Dátum vydania rozhodnutia: 05. 12. 2016 Meno a priezvisko sudcu, VSÚ: JUDr. Pavol Laczo ECLI: ECLI:SK:KSTT:2016:2016200280.3 ROZSUDOK V MENE SLOVENSKEJ REPUBLIKY Krajský súd v Trnave v konaní pred sudcom JUDr. Pavlom Laczom v právnej veci navrhovateľky: R. E., nar.XX.XX.XXXX, bytom S. A. XXXX/XX, XXX XX K. proti odporkyni: Sociálna poisťovňa - ústredie, Ul. 29. augusta 8, 813 63 Bratislava, o preskúmanie zákonnosti rozhodnutia odporkyne zo dňa 19.01.2016 č. XXX XXX XXXX X, takto r o z h o d o l : Krajský súd napadnuté rozhodnutie odporkyne Sociálnej poisťovne - ústredie Bratislava zo dňa 19.01.2016 č. XXX XXX XXXX X p o t v r d z u j e. Navrhovateľke súd nárok na náhradu trov konania n e p r i z n á v a. o d ô v o d n e n i e : 1. Napadnutým rozhodnutím odporkyne zo dňa 19.01.2016 č. XXX XXX XXXX X odporkyňa podľa § 70 zákona č. 461/2003 Z.z. o sociálnom poistení v znení neskorších predpisov, zamietla žiadosť navrhovateľky o invalidný dôchodok zo dňa 11.11.2015. 2. Svoje rozhodnutie odporkyňa odôvodnila tým, že na základe posudku posudkového lekára sociálneho poistenia Sociálnej poisťovne pobočka Senica zo dňa 11. novembra 2015 nie je navrhovateľka invalidná, lebo pre dlhodobo nepriaznivý zdravotný stav nemá pokles schopnosti vykonávať zárobkovú činnosť viac ako 40% v porovnaní so zdravou fyzickou osobou. 3. Navrhovateľka podala dňa 04.02.2016 odvolanie priamo na Sociálnu poisťovňu, ktoré bolo zaslané tunajšiemu súdu dňa 4.5.2016, v ktorom namietala, že nesúhlasí s tým, že jej zdravotný stav nevykazuje pokles schopnosti vykonávať zárobkovú činnosť o viac ako 40% , nakoľko už pri bežnej pracovnej činnosti v domácnosti po krátkom časovom úseku pociťuje veľké bolesti chrbta v oblasti krížových a bedrových kĺbov. Nie je spokojná s posudkovou lekárkou Sociálnej poisťovne s MUDr. A. K. a žiada o pridelenie nového posudkového lekára a posúdenie zdravotného stavu. 4.Odporkyňa sa k predmetnému odvolaniu písomne nevyjadrila. 5. Krajský súd preskúmal napadnuté rozhodnutie na pojednávaní konanom dňa 24.10.2016 a 05.12.2016 podľa § 244 ods. 1, 2 a 3 O.s.p., a § 250l ods. 1 a 2 O.s.p. a dospel k záveru, že napadnuté rozhodnutie odporkyne je vecne správne. 6. Na pojednávaní konanom dňa 24.10.2016 navrhovateľka predložila súdu lekárske správy z kardiologickej ambulancie, z reumatológie, z interného vyšetrenia a z očného vyšetrenia a uviedla, že tieto lekárske správy odôvodňujú zhoršenie jej zdravotného stavu a za tým účelom bolo pojednávanie odročené na deň 05.12.2016 z dôvodu znovuposúdenia zdravotného stavu navrhovateľky, s prihliadnutím na predložené lekárske správy. Na pojednávanie konané dňa 05.12.2016 sa navrhovateľka nedostavila, napriek tomu, že termín tohto pojednávania vzala na vedomie a preto súd rozhodoval v jej neprítomnosti. 7. Poverená zástupkyňa odporkyne na pojednávaní uviedla, že žiada napadnuté rozhodnutie ako vecne správne potvrdiť. 8.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8 zákona č.461/2003 Z.z. o sociálnom poistení v znení neskorších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Z predloženého spisového materiálu krajský súd zistil, že na základe posudku posudkového lekára Sociálnej poisťovne, pobočka Senica zo dňa 11.11.2015, ktorý bol vypracovaný na základe žiadosti navrhovateľky o invalidný dôchodok bolo konštatované, že navrhovateľka má pokles schopnosti vykonávať zárobkovú činnosť len 35 % v porovnaní so zdravou fyzickou osobou, keď za rozhodujúce zdravotné postihnutie bolo určené choroba podporného a pohybového aparátu, kapitola XV, oddiel E - dorzopatia, položka 3 - degeneratívne zmeny na chrbtici a medzistavcových platničkách, písmeno b) s miernym funkčným postihnutím, s mierou poklesu schopnosti 35%. Na základe opravného prostriedku navrhovateľky bol jej zdravotný stav opätovne posudzovaný aj ďalšími posudkovými lekármi Sociálnej poisťovne - ústredie zo dňa 28. apríla 2016 a 23. novembra 2016, kde posudkoví lekári zotrvali zhodne na závere posudku, ktorý bol podkladom na vypracovanie napadnutého rozhodnutia, pričom konštatovali, že navrhovateľka síce doložila novšie lekárske správy, avšak z týchto nie je objektívne preukázané, že by odôvodňovali zvýšenie miery poklesu schopnosti vykonávať zárobkovú činnosť u navrhovateľky, keďže tieto lekárske správy nekonštatujú zhoršenie zdravotného stavu navrhovateľky. 10. Krajský súd rovnako ako posudkoví lekári musí konštatovať, že navrhovateľka nepreukázala, že by posudkoví lekári nezhodnotili všetky jej zdravotné postihnutia, ktoré by mali vplyv na určenie výšky miery poklesu schopnosti vykonávať zárobkovú činnosť, ktorá je jedným z rozhodujúcich ukazovateľov resp. činiteľov pre určenie výšky invalidného dôchodku resp. pre určenie či osoba je invalidná alebo invalidná nie je. Krajský súd konštatuje, že odporkyňa pri rozhodovaní o žiadosti navrhovateľky postupovala v súlade so zákonom. 11. Vzhľadom na vyššie uvedené skutočnosti súd rozhodol tak ako je uvedené vo výrokovej časti tohto rozsudku. 12. O náhrade trov konania rozhodol krajský súd v súlade s ustanovením § 250k ods. 1 O.s.p., keď procesne neúspešnej navrhovateľke nárok na náhradu trov konania nepriznal.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https://www.kauzis.sk/judikatura/r/ECLI:SK:KSTT:2016:2016200280.3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