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14S/28/2016 z 14. 6. 2016</w:t>
      </w:r>
    </w:p>
    <w:p>
      <w:r>
        <w:t>Uznesenie Krajského súdu Trnava z 14. júna 2016, sp. zn. 14S/28/2016, ECLI:SK:KSTT:2016:2016200287.1</w:t>
      </w:r>
    </w:p>
    <w:p>
      <w:r>
        <w:t>Súd: Krajský súd Trnava</w:t>
      </w:r>
    </w:p>
    <w:p>
      <w:r>
        <w:t>Spisová značka: 14S/28/2016</w:t>
      </w:r>
    </w:p>
    <w:p>
      <w:r>
        <w:t>ECLI: ECLI:SK:KSTT:2016:2016200287.1</w:t>
      </w:r>
    </w:p>
    <w:p>
      <w:r>
        <w:t>Dátum vydania: 14.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14S/28/2016 Identifikačné číslo súdneho spisu: 2016200287 Dátum vydania rozhodnutia: 15. 06. 2016 Meno a priezvisko sudcu, VSÚ: JUDr. Pavol Laczo ECLI: ECLI:SK:KSTT:2016:2016200287.1 Uznesenie Krajský súd v Trnave v právnej veci žalobcu: APIMEX, spol. s r.o., so sídlom Hlavná 586, 925 22 Veľké Úľany, IČO: 34 108 530, zastúpený: K. P., C. XXXX/XX, XXX XX A. Q., proti žalovanému: Slovenská obchodná inšpekcia, Ústredný inšpektorát Slovenskej obchodnej inšpekcie so sídlom v Bratislave, Prievozská 32, 927 99 Bratislava, o preskúmanie zákonnosti rozhodnutia žalovaného č. SK/0767/99/2015 zo dňa 07.03.2016, t a k t o r o z h o d o l : Súd konanie z a s t a v u j e . Žiaden z účastníkov nemá nárok na náhradu trov konania. o d ô v o d n e n i e : Žalobou doručenou tunajšiemu súdu dňa 04.05.2016, sa žalobca domáhal preskúmania zákonnosti rozhodnutia č. SK/0767/99/2015 zo dňa 07.03.2016, ktorým žalovaný zmenil rozhodnutie Inšpektorátu Slovenskej obchodnej inšpekcie so sídlom v Trnave č. P/0293/02/2015 zo dňa 16.09.2015 a uložil žalobcovi pokutu vo výške 500 eur za porušenie povinností ustanovených v § 4 ods. 1 písm. a), § 14a ods. 1, § 18 ods. 1 zákona č. 250/2007 Z.z. o ochrane spotrebiteľa a o zmene zákona Slovenskej národnej rady č. 372/1990 Zb. o priestupkoch v znení neskorších predpisov. Podľa § 244 O.s.p. (1) V správnom súdnictve preskúmavajú súdy na základe žalôb alebo opravných prostriedkov zákonnosť rozhodnutí a postupov orgánov verejnej správy. (2) V správnom súdnictve preskúmavajú súdy zákonnosť rozhodnutí a postupov orgánov štátnej správy, orgánov územnej samosprávy, ako aj orgánov záujmovej samosprávy a ďalších právnických osôb, ako aj fyzických osôb, pokiaľ im zákon zveruje rozhodovanie o právach a povinnostiach fyzických a právnických osôb v oblasti verejnej správy (ďalej len "rozhodnutie správneho orgánu"). Podľa § 246c ods. 1 O.s.p. Pre riešenie otázok, ktoré nie sú priamo upravené v tejto časti, sa použijú primerane ustanovenia prvej, tretej a štvrtej časti tohto zákona. Opravný prostriedok je prípustný, len ak je to ustanovené v tejto časti. Proti rozhodnutiu Najvyššieho súdu Slovenskej republiky opravný prostriedok nie je prípustný. Podľa § 82 ods. 1 zákona č. 99/1963 Zb. O.s.p. Konanie je začaté dňom, keď došiel súdu návrh na jeho začatie alebo keď bolo vydané uznesenie, podľa ktorého sa konanie začína bez návrhu. Podľa § 83 O.s.p. Začatie konania bráni tomu, aby o tej istej veci prebiehalo na súde iné konanie. Podľa § 103 O.s.p. Kedykoľvek za konania prihliada súd na to, či sú splnené podmienky, za ktorých môže konať vo veci (podmienky konania). Podľa § 104 ods. 1 vety prvej O.s.p. Ak ide o taký nedostatok podmienky konania, ktorý nemožno odstrániť, súd konanie zastaví. V danej veci súd skúmaním podmienok konania zistil, že na tunajšom súde v rovnakej veci (týka sa tých istých účastníkov a súčasne má rovnaký predmet) prebieha iné konanie začaté skôr, dňa 13.04.2016, vedené pod sp. zn. 14 S/23/2016. Nový návrh žalobcu, doručený tunajšiemu súdu dňa 04.05.2016 bol zapísaný pod sp. zn. 14 S/28/2016. Nakoľko rozhodovaniu o nároku uplatnenom v neskôr podanom návrhu bráni prekážka začatého konania, ktorá je neodstrániteľnou prekážkou konania, muselo byť konanie o návrhu vedenom pod sp. zn. 14 S/28/2016 v zmysle § 246c ods. 1 a § 104 ods. 1 vety prvej O.s.p. v spojení s § 83 O.s.p. zastavené. O trovách konania súd rozhodol podľa § 246c ods. 1 O.s.p. v spojení s § 146 ods. 1 písm. c) O.s.p. tak, že žiadnemu z účastníkov nepriznal nárok na náhradu trov konania. Toto rozhodnutie senát Krajského súdu v Trnave prijal pomerom hlasov 3:0 (§ 3 ods. 9 zák. č. 757/2004 Z.z. v znení zák. č. 33/2011 Z.z.). Poučenie: Proti tomuto uzneseniu je prípustné odvolanie do 15 dní odo dňa jeho doručenia na Najvyšší súd SR prostredníctvom Krajského súdu v Trnave.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https://www.kauzis.sk/judikatura/r/ECLI:SK:KSTT:2016:2016200287.1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