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44Sp/10/2016 z 9. 10. 2016</w:t>
      </w:r>
    </w:p>
    <w:p>
      <w:r>
        <w:t>Rozsudok Krajského súdu Trnava z 9. októbra 2016, sp. zn. 44Sp/10/2016, ECLI:SK:KSTT:2016:2016200290.1</w:t>
      </w:r>
    </w:p>
    <w:p>
      <w:r>
        <w:t>Súd: Krajský súd Trnava</w:t>
      </w:r>
    </w:p>
    <w:p>
      <w:r>
        <w:t>Spisová značka: 44Sp/10/2016</w:t>
      </w:r>
    </w:p>
    <w:p>
      <w:r>
        <w:t>ECLI: ECLI:SK:KSTT:2016:2016200290.1</w:t>
      </w:r>
    </w:p>
    <w:p>
      <w:r>
        <w:t>Dátum vydania: 9. 10. 2016</w:t>
      </w:r>
    </w:p>
    <w:p>
      <w:r>
        <w:t>Forma: Rozsudok</w:t>
      </w:r>
    </w:p>
    <w:p>
      <w:r>
        <w:t>Oblasť práva: Správne právo</w:t>
      </w:r>
    </w:p>
    <w:p>
      <w:pPr>
        <w:pStyle w:val="Heading2"/>
      </w:pPr>
      <w:r>
        <w:t>Text rozhodnutia</w:t>
      </w:r>
    </w:p>
    <w:p>
      <w:r>
        <w:t>Súd: Krajský súd Trnava Spisová značka: 44Sp/10/2016 Identifikačné číslo súdneho spisu: 2016200290 Dátum vydania rozhodnutia: 10. 10. 2016 Meno a priezvisko sudcu, VSÚ: JUDr. Pavol Laczo ECLI: ECLI:SK:KSTT:2016:2016200290.1 ROZSUDOK V MENE SLOVENSKEJ REPUBLIKY Krajský súd v Trnave sudcom JUDr. Pavlom Laczom v právnej veci navrhovateľky: POHOTOVOSŤ, s.r.o., so sídlom Pribinova 25, Bratislava, IČO: 35 807 598, proti odporcovi: Okresný úrad Skalica, katastrálny odbor, Nám. Slobody 15, 909 01 Skalica, za účasti: B. K., nar. XX.X.XXXX, bytom L. XXXXX/ XX, XXX XX Q., o preskúmanie rozhodnutia správneho orgánu č. V-717/15-3 zo dňa 05.04.2016, na základe odvolania navrhovateľky, takto r o z h o d o l : Krajský súd napadnuté rozhodnutie odporcu zo dňa 05. apríla 2016 č. V-717/15-3 potvrdzuje. Navrhovateľke náhradu trov konania n e p r i z n á v a. Zúčastnenej osobe B. K. náhradu trov konania nepriznáva. Navrhovateľka je povinná zaplatiť súdny poplatok za podanie návrhu vo výške 35,-€ na účet tunajšieho súdu do 3 dní od právoplatnosti rozhodnutia. o d ô v o d n e n i e : 1.Napadnutým rozhodnutím odporkyne zo dňa zo dňa 05. apríla 2016 č. V-717/15-3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združením DSS Nestor o.z., Stred 449, 027 05 Zázrivá (predtým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2.Proti tomuto rozhodnutiu podala navrhovateľka opravný prostriedok, v ktorom žiadala napadnuté rozhodnutie zrušiť a vec vrátiť na ďalšie konanie. 3.Navrhovateľka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združeniu DSS Nestor o.z., Stred 449, 027 05 Zázrivá (predtým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4.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5. Navrhovateľka sa na pojednávanie nedostavila, svoju neúčasť ospravedlnila. 6. Zástupca odporcu sa na pojednávanie nedostavil, svoju neúčasť neospravedlnil. 7.Zúčastnená osoba B. K. sa na pojednávanie nedostavil, svoju neúčasť neospravedlnil. 8.Podľa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9.Z administratívneho spisu súd zistil, že navrhovateľka uzavrela dňa 12.2.2014 ako veriteľ zmluvu o úvere č.102302770 s dlžníkom B. K.. Dlžník sa zaviazal splácať veriteľovi požičanú sumu v pravidelných mesačných splátkach. Na zabezpečenie záväzku vyplývajúceho z poskytnutého úveru uzatvoril B. K. ako záložca v zastúpení združením DSS Nestor o.z., Stred 449, 027 05 Zázrivá ( predtým ProHelp - združenie občianskoprávnej pomoci) s navrhovateľkou zmluvu o zriadení záložného práva č.63/2015- RAČ zo dňa 21.2.2015, predmetom ktorej bolo zriadenie záložného práva na nehnuteľnosti v podielovom spoluvlastníctve p. B. K.. Jednou z podmienok záložnej zmluvy bola skutočnosť, že ak dlžník nebude schopný splácať svoju pohľadávku vyplývajúcu z poskytnutého úveru, veriteľ sa stane výlučným vlastníkom založenej nehnuteľnosti. 10.Keďže predmetom záložného práva bola nehnuteľnosť, podala navrhovateľka návrh na vklad zmluvy o zriadení záložného práva do katastra nehnuteľností. Návrh podaný dňa 10.4.2015 odporkyňa napadnutým rozhodnutím zamietla. 11.Podľa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12.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13.Krajský súd v Trnave v intenciách citovaných ustanovení katastrálneho zákona a vyhlášky preskúmal napadnuté rozhodnutie odporcu a dospel k záveru, že odporca ako orgán verejnej moci uplatnil svoju kompetenciu v súlade so zákonom (conditicio sine qua non). 14.Katastrálny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15.Podľa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16.Platný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17.Splnomocnenie zo dňa 12.2.2014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18.Krajský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19.Je možné predpokladať, že zástupca dlžníka združenie DSS Nestor o.z., Stred 449, 027 05 Zázrivá (predtým ProHelp-združenie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20.Vzhľadom na skutočnosť, že zmluvu o zriadení záložného práva podpísala zo strany záložného veriteľa osoba na základe plnej moci udelenej v rozpore so zákonom je aj zmluva o zriadení záložného práva neplatná. 21.Zákon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22.Vzhľadom na uvedené dospel krajský súd k záveru, že rozhodnutie odporkyne je v súlade so zákonom, a preto napadnuté rozhodnutie podľa § 250q ods. 2 O.s.p. potvrdil. 23.O náhrade trov konania navrhovateľky a účastníka konania v zmysle § 250m O.s.p., rozhodol súd v súlade s ustanovením § 250k ods. 1 O.s.p. a § 246c O.s.p. a §142 O.s.p. tak, že im náhradu trov konania nepriznal, nakoľko navrhovateľka bola procesne neúspešná a účastníkovi Kevinovi Constantinovi nie je možné ich náhradu priznať vzhľadom na právnu úpravu ust. § 250l O.s.p. v spojení s ust. § 250k O.s.p.. 24.O povinnosti navrhovateľa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https://www.kauzis.sk/judikatura/r/ECLI:SK:KSTT:2016:2016200290.1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