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44Sd/37/2016 z 4. 9. 2016</w:t>
      </w:r>
    </w:p>
    <w:p>
      <w:r>
        <w:t>Uznesenie Krajského súdu Trnava z 4. septembra 2016, sp. zn. 44Sd/37/2016, ECLI:SK:KSTT:2016:2016200296.1</w:t>
      </w:r>
    </w:p>
    <w:p>
      <w:r>
        <w:t>Súd: Krajský súd Trnava</w:t>
      </w:r>
    </w:p>
    <w:p>
      <w:r>
        <w:t>Spisová značka: 44Sd/37/2016</w:t>
      </w:r>
    </w:p>
    <w:p>
      <w:r>
        <w:t>ECLI: ECLI:SK:KSTT:2016:2016200296.1</w:t>
      </w:r>
    </w:p>
    <w:p>
      <w:r>
        <w:t>Dátum vydania: 4. 9. 2016</w:t>
      </w:r>
    </w:p>
    <w:p>
      <w:r>
        <w:t>Forma: Uznesenie</w:t>
      </w:r>
    </w:p>
    <w:p>
      <w:pPr>
        <w:pStyle w:val="Heading2"/>
      </w:pPr>
      <w:r>
        <w:t>Text rozhodnutia</w:t>
      </w:r>
    </w:p>
    <w:p>
      <w:r>
        <w:t>Súd: Krajský súd Trnava Spisová značka: 44Sd/37/2016 Identifikačné číslo súdneho spisu: 2016200296 Dátum vydania rozhodnutia: 05. 09. 2016 Meno a priezvisko sudcu, VSÚ: JUDr. Pavol Laczo ECLI: ECLI:SK:KSTT:2016:2016200296.1 Uznesenie Krajský súd v Trnave v právnej veci navrhovateľky: U. K., nar. XX.XX.XXXX, bytom W. XXXX/X, XXX XX C., , proti odporkyni: Sociálna poisťovňa, ústredie, so sídlom Ul. 29. augusta č. 8, 813 63 Bratislava, o preskúmanie rozhodnutia odporkyne, takto r o z h o d o l : Súd konanie z a s t a v u j e. Žiaden z účastníkov nemá právo na náhradu trov konania. o d ô v o d n e n i e : Navrhovateľka svojim návrhom, doručeným tunajšiemu súdu dňa 09.05.2016, žiadala o preskúmanie rozhodnutia odporkyne č. XXX XXX XXXX X zo dňa 04.04.2016, ktorým odporkyňa odňala navrhovateľke invalidný dôchodok od 08.05.2016. Na základe opravného prostriedku navrhovateľky bol opakovane preskúmaný jej zdravotný stav posudkovým lekárom sociálneho poistenia Sociálnej poisťovne, ústredie dňa 07.07.2016, so záverom, že navrhovateľka je invalidná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60 %. Navrhovateľka po oboznámení sa s týmto záverom ešte pred pojednávaním vzala svoj návrh o preskúmanie rozhodnutia, podaním doručeným tunajšiemu súdu dňa 24.07.2016, späť a konanie žiadala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492 ods. 1 zák. č. 162/2016 Správny súdny poriadok,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