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44Sd/38/2016 z 4. 12. 2016</w:t>
      </w:r>
    </w:p>
    <w:p>
      <w:r>
        <w:t>Uznesenie Krajského súdu Trnava z 4. decembra 2016, sp. zn. 44Sd/38/2016, ECLI:SK:KSTT:2016:2016200317.3</w:t>
      </w:r>
    </w:p>
    <w:p>
      <w:r>
        <w:t>Súd: Krajský súd Trnava</w:t>
      </w:r>
    </w:p>
    <w:p>
      <w:r>
        <w:t>Spisová značka: 44Sd/38/2016</w:t>
      </w:r>
    </w:p>
    <w:p>
      <w:r>
        <w:t>ECLI: ECLI:SK:KSTT:2016:2016200317.3</w:t>
      </w:r>
    </w:p>
    <w:p>
      <w:r>
        <w:t>Dátum vydania: 4. 12. 2016</w:t>
      </w:r>
    </w:p>
    <w:p>
      <w:r>
        <w:t>Forma: Uznesenie</w:t>
      </w:r>
    </w:p>
    <w:p>
      <w:pPr>
        <w:pStyle w:val="Heading2"/>
      </w:pPr>
      <w:r>
        <w:t>Text rozhodnutia</w:t>
      </w:r>
    </w:p>
    <w:p>
      <w:r>
        <w:t>Súd: Krajský súd Trnava Spisová značka: 44Sd/38/2016 Identifikačné číslo súdneho spisu: 2016200317 Dátum vydania rozhodnutia: 05. 12. 2016 Meno a priezvisko sudcu, VSÚ: JUDr. Pavol Laczo ECLI: ECLI:SK:KSTT:2016:2016200317.3 Uznesenie Krajský súd v Trnave v právnej veci navrhovateľa: D. P., nar. XX.XX.XXXX, bytom C. XXXX/X, XXX XX P. proti odporkyni: Sociálna poisťovňa, ústredie, so sídlom ul. 29. augusta č. 8, 813 63 Bratislava o preskúmanie rozhodnutia odporkyne č.XXX XXX XXXX X zo dňa 23.02.2016 takto r o z h o d o l : Súd konanie z a s t a v u j e. Žiaden z účastníkov nemá nárok na náhradu trov konania. o d ô v o d n e n i e : 1.Opravným prostriedkom doručeným tunajšiemu súdu dňa 20.05.2016, žiadal navrhovateľ o preskúmanie zákonnosti rozhodnutia odporkyne č. XXX XXX XXXX X zo dňa 23.02.2016, ktorým odporkyňa podľa § 70 ods. 1 a § 82 zák. č. 461/2003 Z.z. priznala navrhovateľovi invalidný dôchodok vo výške 278,70 Eur mesačne. 2.Navrhovateľ namietal, že odporkyňa rozhodla pri posudzovaní jeho zdravotného stavu neobjektívne a nemala kompletnú zdravotnú dokumentáciu. Žiadal o znovu posúdenie zdravotného stavu. 3.V predmetnej veci bolo nariadené pojednávanie na deň 24.10.2016, na ktorom navrhovateľ predložil nové lekárske správy a z uvedeného dôvodu bolo pojednávanie odročené na deň 05.12.2016. 4.Pred pojednávaním bola súdu zaslaná lekárska správa zo dňa 30.11.2016, podľa ktorej bola u navrhovateľa určená miera poklesu schopnosti vykonávať zárobkovú činnosť vo výške 70%, t. j. bola zvýšená o 5% oproti pôvodnému posúdeniu. 5.Navrhovateľ po oboznámení sa s lekárskou správou zo dňa 30.11.2016 zobral svoj návrh späť a žiadal konanie zastaviť. 6.Krajský súd v Trnave ako súd vecne a miestne príslušný (§ 246 ods. 1 a § 246a ods. 2 O.s.p. ) po zistení, že opravný prostriedok podala včas oprávnená osoba - účastník konania (§ 250m ods. 2 a 3 O.s.p.) proti rozhodnutiu, proti ktorému je tento opravný prostriedok prípustný (§ 250l ods. 1 O.s.p.), vzhľadom na právny úkon navrhovateľa - späťvzatie návrhu - opravného prostriedku dospel k záveru, že je dôvodné v súlade s ustanovením § 250h ods. 2 a § 250d ods. 3 O.s.p. s použitím § 250l ods. 2 O.s.p. konanie zastaviť. 7.Podľa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8.Súd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9.Vzhľadom na prejav vôle navrhovateľ spočívajúci v späťvzatí návrhu, súd postupoval podľa § 250d ods. 3 v spojení s § 250h ods. 2 O.s.p. a konanie zastavil. 10.O náhrade trov konania súd rozhodol podľa § 250l ods. 1,2 O.s.p. v spojení s § 250h ods. 2 O.s.p. a § 146 ods. 1 písm. c) O.s.p. tak, že žiadnemu z účastníkov nárok na náhradu trov konania nepriznal.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https://www.kauzis.sk/judikatura/r/ECLI:SK:KSTT:2016:2016200317.3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