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21Sd/41/2016 z 13. 7. 2016</w:t>
      </w:r>
    </w:p>
    <w:p>
      <w:r>
        <w:t>Uznesenie Krajského súdu Trnava z 13. júla 2016, sp. zn. 21Sd/41/2016, ECLI:SK:KSTT:2016:2016200324.1</w:t>
      </w:r>
    </w:p>
    <w:p>
      <w:r>
        <w:t>Súd: Krajský súd Trnava</w:t>
      </w:r>
    </w:p>
    <w:p>
      <w:r>
        <w:t>Spisová značka: 21Sd/41/2016</w:t>
      </w:r>
    </w:p>
    <w:p>
      <w:r>
        <w:t>ECLI: ECLI:SK:KSTT:2016:2016200324.1</w:t>
      </w:r>
    </w:p>
    <w:p>
      <w:r>
        <w:t>Dátum vydania: 13. 7. 2016</w:t>
      </w:r>
    </w:p>
    <w:p>
      <w:r>
        <w:t>Forma: Uznesenie</w:t>
      </w:r>
    </w:p>
    <w:p>
      <w:pPr>
        <w:pStyle w:val="Heading2"/>
      </w:pPr>
      <w:r>
        <w:t>Text rozhodnutia</w:t>
      </w:r>
    </w:p>
    <w:p>
      <w:r>
        <w:t>Súd: Krajský súd Trnava Spisová značka: 21Sd/41/2016 Identifikačné číslo súdneho spisu: 2016200324 Dátum vydania rozhodnutia: 14. 07. 2016 Meno a priezvisko sudcu, VSÚ: JUDr. Božena Husárová ECLI: ECLI:SK:KSTT:2016:2016200324.1 Uznesenie Krajský súd v Trnave v právnej veci navrhovateľa: W. M., nar. X.X.XXXX, bytom F. X, XXX XX Z., proti odporkyni: Sociálna poisťovňa - ústredie, ul. 29. augusta č. 8, 813 63 Bratislava, o preskúmanie rozhodnutia odporkyne č. XXX XXX XXXX X zo dňa 18.4.2016, t a k t o r o z h o d o l : Súd konanie z a s t a v u j e . Žiaden z účastníkov nemá nárok na náhradu trov konania. o d ô v o d n e n i e : Návrhom doručeným Sociálnej poisťovni - ústrediu dňa 13.5.2016, sa navrhovateľ domáhal preskúmania zákonnosti rozhodnutia odporkyne č. XXX XXX XXXX X zo dňa 18.4.2016, ktorým mu bol podľa § 66 ods. 3 a § 82 zákona č. 461/2003 Z. z. o sociálnom poistení od 1.1.2016 zvýšený starobný dôchodok na sumu 137,20 Eur mesačne. Odporkyňa vo vyjadrení k návrhu zo dňa 20.5.2016 opísala postup a dôvody vydania napadnutého rozhodnutia, pričom žiadala, aby súd rozhodnutie ako vecne správne potvrdil. Navrhovateľ po oboznámení sa s vyjadrením odporkyne zo dňa 20.5.2016, podaním doručeným súdu dňa 4.7.2016 oznámil, že svoj návrh berie späť a konanie žiada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navrhovateľa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