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43Sd/26/2016 z 11. 7. 2016</w:t>
      </w:r>
    </w:p>
    <w:p>
      <w:r>
        <w:t>Uznesenie Krajského súdu Trnava z 11. júla 2016, sp. zn. 43Sd/26/2016, ECLI:SK:KSTT:2016:2016200337.1</w:t>
      </w:r>
    </w:p>
    <w:p>
      <w:r>
        <w:t>Súd: Krajský súd Trnava</w:t>
      </w:r>
    </w:p>
    <w:p>
      <w:r>
        <w:t>Spisová značka: 43Sd/26/2016</w:t>
      </w:r>
    </w:p>
    <w:p>
      <w:r>
        <w:t>ECLI: ECLI:SK:KSTT:2016:2016200337.1</w:t>
      </w:r>
    </w:p>
    <w:p>
      <w:r>
        <w:t>Dátum vydania: 11. 7. 2016</w:t>
      </w:r>
    </w:p>
    <w:p>
      <w:r>
        <w:t>Forma: Uznesenie</w:t>
      </w:r>
    </w:p>
    <w:p>
      <w:pPr>
        <w:pStyle w:val="Heading2"/>
      </w:pPr>
      <w:r>
        <w:t>Text rozhodnutia</w:t>
      </w:r>
    </w:p>
    <w:p>
      <w:r>
        <w:t>Súd: Krajský súd Trnava Spisová značka: 43Sd/26/2016 Identifikačné číslo súdneho spisu: 2016200337 Dátum vydania rozhodnutia: 12. 07. 2016 Meno a priezvisko sudcu, VSÚ: JUDr. Ľubomír Bundzel ECLI: ECLI:SK:KSTT:2016:2016200337.1 Uznesenie Krajský súd v Trnave v právnej veci navrhovateľky: J. T., nar. XX.XX.XXXX, bytom F. XXX, XXX XX Y.,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Navrhovateľka svojim návrhom, doručeným odporkyni dňa 17.03.2016, žiadala o preskúmanie rozhodnutia odporkyne č. XXX XXX XXXX X zo dňa 16.02.2016, ktorým odporkyňa zamietla žiadosť navrhovateľky o zvýšenie invalidného dôchodku. Na základe opravného prostriedku navrhovateľky bol jej zdravotný stav opakovane preskúmaný posudkovým lekárom sociálneho poistenia Sociálnej poisťovne, ústredie dňa 26.05.2016, so záverom, že navrhovateľka je naďalej invalidná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45 %. Posudkoví lekári tak zotrvali na pôvodnom lekárskom posudku, že navrhovateľka je naďalej invalidná podľa § 71 ods. 1 zák. č. 461/2003 Z.z. s mierou poklesu schopnosti vykonávať zárobkovú činnosť 45% v porovnaní so zdravou fyzickou osobou.. Navrhovateľka po oboznámení sa s týmto záverom ešte pred pojednávaním vzala svoj návrh o preskúmanie rozhodnutia, podaním doručeným tunajšiemu súdu dňa 24.06.2016,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492 ods. 1 zák. č. 162/2016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