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20Sd/41/2016 z 26. 6. 2016</w:t>
      </w:r>
    </w:p>
    <w:p>
      <w:r>
        <w:t>Uznesenie Krajského súdu Trnava z 26. júna 2016, sp. zn. 20Sd/41/2016, ECLI:SK:KSTT:2016:2016200348.1</w:t>
      </w:r>
    </w:p>
    <w:p>
      <w:r>
        <w:t>Súd: Krajský súd Trnava</w:t>
      </w:r>
    </w:p>
    <w:p>
      <w:r>
        <w:t>Spisová značka: 20Sd/41/2016</w:t>
      </w:r>
    </w:p>
    <w:p>
      <w:r>
        <w:t>ECLI: ECLI:SK:KSTT:2016:2016200348.1</w:t>
      </w:r>
    </w:p>
    <w:p>
      <w:r>
        <w:t>Dátum vydania: 26. 6. 2016</w:t>
      </w:r>
    </w:p>
    <w:p>
      <w:r>
        <w:t>Forma: Uznesenie</w:t>
      </w:r>
    </w:p>
    <w:p>
      <w:pPr>
        <w:pStyle w:val="Heading2"/>
      </w:pPr>
      <w:r>
        <w:t>Text rozhodnutia</w:t>
      </w:r>
    </w:p>
    <w:p>
      <w:r>
        <w:t>Súd: Krajský súd Trnava Spisová značka: 20Sd/41/2016 Identifikačné číslo súdneho spisu: 2016200348 Dátum vydania rozhodnutia: 27. 06. 2016 Meno a priezvisko sudcu, VSÚ: JUDr. Róbert Foltán ECLI: ECLI:SK:KSTT:2016:2016200348.1 Uznesenie Krajský súd v Trnave v právnej veci navrhovateľky: C. G., nar. XX.XX.XXXX, bytom X. G. XXXX/XX, XXX XX E., proti odporkyni: Sociálna poisťovňa, ústredie, so sídlom Ul. 29. augusta 8, 813 63 Bratislava, o preskúmanie rozhodnutia odporkyne, t a k t o r o z h o d o l : Súd konanie z a s t a v u j e . Žiaden z účastníkov nemá právo na náhradu trov konania. o d ô v o d n e n i e : Navrhovateľka svojim návrhom doručeným odporkyni dňa 18.05.2016 žiadala o preskúmanie rozhodnutia odporkyne č. XXX XXX XXXX X zo dňa 14.04.2016, ktorým odporkyňa postupom podľa ust. § 236 ods. 1 písm. b) zákona č. 461/2003 Z. z. o sociálnom poistení v znení zákona č. 310/2006 Z. z. rozhodla, že navrhovateľka je povinná vrátiť neprávom vyplatený sirotský dôchodok v celkovej sume 368,70 Eur. Neprávom vyplatenú sumu bola navrhovateľka povinná vrátiť do 30 dní odo dňa doručenia tohto rozhodnutia. Navrhovateľka na základe podaného opravného prostriedku žiadala o preskúmanie vyššie uvedeného rozhodnutia, pričom namietala, že v rozhodnutí odporkyne č. XXX XXX XXXX X z 15.02.2016 bolo uvedené, že Sociálna poisťovňa jej bude vyplácať sirotský dôchodok aj po ukončení štúdia na strednej škole. Zároveň uviedla, že si nemôže dovoliť neprávom vyplatený sirotský dôchodok vrátiť naraz. Odporkyňa podala k návrhu na preskúmanie napadnutého rozhodnutia vyjadrenie zo dňa 27.05.2016, v ktorom žiadala, aby tunajší súd opravným prostriedkom napadnuté rozhodnutie ako vecne správne potvrdil. Navrhovateľka po oboznámení sa s týmto záverom ešte pred pojednávaním podaním doručeným súdu dňa 17.06.2016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