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44Sd/41/2016 z 4. 9. 2016</w:t>
      </w:r>
    </w:p>
    <w:p>
      <w:r>
        <w:t>Uznesenie Krajského súdu Trnava z 4. septembra 2016, sp. zn. 44Sd/41/2016, ECLI:SK:KSTT:2016:2016200358.1</w:t>
      </w:r>
    </w:p>
    <w:p>
      <w:r>
        <w:t>Súd: Krajský súd Trnava</w:t>
      </w:r>
    </w:p>
    <w:p>
      <w:r>
        <w:t>Spisová značka: 44Sd/41/2016</w:t>
      </w:r>
    </w:p>
    <w:p>
      <w:r>
        <w:t>ECLI: ECLI:SK:KSTT:2016:2016200358.1</w:t>
      </w:r>
    </w:p>
    <w:p>
      <w:r>
        <w:t>Dátum vydania: 4. 9. 2016</w:t>
      </w:r>
    </w:p>
    <w:p>
      <w:r>
        <w:t>Forma: Uznesenie</w:t>
      </w:r>
    </w:p>
    <w:p>
      <w:pPr>
        <w:pStyle w:val="Heading2"/>
      </w:pPr>
      <w:r>
        <w:t>Text rozhodnutia</w:t>
      </w:r>
    </w:p>
    <w:p>
      <w:r>
        <w:t>Súd: Krajský súd Trnava Spisová značka: 44Sd/41/2016 Identifikačné číslo súdneho spisu: 2016200358 Dátum vydania rozhodnutia: 05. 09. 2016 Meno a priezvisko sudcu, VSÚ: JUDr. Pavol Laczo ECLI: ECLI:SK:KSTT:2016:2016200358.1 Uznesenie Krajský súd v Trnave v právnej veci navrhovateľky: T. F., nar. XX.XX.XXXX, bytom J. XX, XXX XX Q., proti odporkyni: Sociálna poisťovňa, ústredie, so sídlom Ul. 29. augusta č. 8, 813 63 Bratislava, o preskúmanie rozhodnutí odporkyne č. XXX XXX XXXX X-I. a č. XXX XXX XXXX X-II. zo dňa 25.04.2016, takto r o z h o d o l : Súd konanie z a s t a v u j e. Žiaden z účastníkov nemá právo na náhradu trov konania. o d ô v o d n e n i e : Navrhovateľka svojim návrhom zo dňa 03.06.2016, žiadala o preskúmanie rozhodnutí odporkyne č. XXX XXX XXXX X-I. a č. XXX XXX XXXX X-II. zo dňa 25.04.2016. Napadnutým rozhodnutím č. XXX XXX XXXX X-I. zo dňa 25.04.2016 bol navrhovateľke podľa ust. § 65 a § 82 zák. č. 461/2003 Z.z. o sociálnom poistení v znení neskorších predpisov priznaný starobný dôchodok v sume 316,80 eur mesačne od 26.11.2015 a napadnutým rozhodnutím č. XXX XXX XXXX X-II. zo dňa 25.04.2016 bol navrhovateľke podľa ust. § 82b zák. č. 461/2003 Z.z. o sociálnom poistení v znení zák. č. 140/2015 Z.z. zvýšený starobný dôchodok na sumu 328,90 eur mesačne od 26.11.2015. Odporkyňa podala k návrhu na preskúmanie napadnutého rozhodnutia vyjadrenie zo dňa 18.07.2016, v ktorom žiadala, aby súd napadnuté rozhodnutia potvrdil z dôvodov bližšie špecifikovaných v predmetnom vyjadrení zo dňa 18.07.2016. Navrhovateľka po oboznámení sa s vyššie uvedenými závermi, podaním doručeným tunajšiemu súdu dňa 08.08.2016 oznámila, že berie opravný prostriedok späť a konanie žiada zastaviť. Krajský súd v Trnave príslušný na konanie prejednal vec bez nariadenia pojednávania podľa § 107 ods. 2 SSP keď zistil, že sú splnené podmienky na zastavenie konania o preskúmaní napadnutého rozhodnutia odporkyne v dôsledku späťvzatia návrhu na jeho preskúmanie. Podľa § 492 ods. 1 zák. č. 162/2016 Správny súdny poriadok (SSP), konania podľa tretej hlavy piatej časti Občianskeho súdneho poriadku začaté predo dňom nadobudnutia účinnosti tohto zákona sa dokončia podľa doterajších predpisov.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navrhovateľky, spočívajúci v späťvzatí návrhu, súd postupoval podľa § 492 ods.1 SSP a s odkazom na § 250d ods. 3 v spojení s § 250h ods. 2 O.s.p.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https://www.kauzis.sk/judikatura/r/ECLI:SK:KSTT:2016:2016200358.1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