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20Sd/43/2016 z 25. 10. 2016</w:t>
      </w:r>
    </w:p>
    <w:p>
      <w:r>
        <w:t>Uznesenie Krajského súdu Trnava z 25. októbra 2016, sp. zn. 20Sd/43/2016, ECLI:SK:KSTT:2016:2016200364.1</w:t>
      </w:r>
    </w:p>
    <w:p>
      <w:r>
        <w:t>Súd: Krajský súd Trnava</w:t>
      </w:r>
    </w:p>
    <w:p>
      <w:r>
        <w:t>Spisová značka: 20Sd/43/2016</w:t>
      </w:r>
    </w:p>
    <w:p>
      <w:r>
        <w:t>ECLI: ECLI:SK:KSTT:2016:2016200364.1</w:t>
      </w:r>
    </w:p>
    <w:p>
      <w:r>
        <w:t>Dátum vydania: 25. 10. 2016</w:t>
      </w:r>
    </w:p>
    <w:p>
      <w:r>
        <w:t>Forma: Uznesenie</w:t>
      </w:r>
    </w:p>
    <w:p>
      <w:r>
        <w:t>Oblasť práva: Správne právo</w:t>
      </w:r>
    </w:p>
    <w:p>
      <w:pPr>
        <w:pStyle w:val="Heading2"/>
      </w:pPr>
      <w:r>
        <w:t>Text rozhodnutia</w:t>
      </w:r>
    </w:p>
    <w:p>
      <w:r>
        <w:t>Súd: Krajský súd Trnava Spisová značka: 20Sd/43/2016 Identifikačné číslo súdneho spisu: 2016200364 Dátum vydania rozhodnutia: 26. 10. 2016 Meno a priezvisko sudcu, VSÚ: JUDr. Róbert Foltán ECLI: ECLI:SK:KSTT:2016:2016200364.1 Uznesenie Krajský súd v Trnave v právnej veci navrhovateľa: J. M., nar. XX.XX.XXXX, bytom T. č. XXX, XXX XX T., proti odporkyni: Sociálna poisťovňa - ústredie, so sídlom Ul. 29. augusta č. 8, 813 63 Bratislava, o preskúmanie zákonnosti rozhodnutia odporkyne, t a k t o r o z h o d o l : Súd konanie z a s t a v u j e . Žiaden z účastníkov nemá právo na náhradu trov konania. o d ô v o d n e n i e : 1. Navrhovateľ svojim návrhom zo dňa 09.05.2016, doručeným odporkyni dňa 11.05.2016, žiadal o preskúmanie rozhodnutia odporkyne č. XXX XXX XXXX X zo dňa 05.04.2016, ktorým táto postupom podľa ust. § 67 ods. 1, § 112 a § 82 zákona č. 461/2003 Z. z. o sociálnom poistení v znení neskorších predpisov zvýšila navrhovateľovi od 10.03.2016 predčasný starobný dôchodok na sumu 253,70 Eur mesačne. 2. Navrhovateľ na základe podaného opravného prostriedku žiadal o preskúmanie vyššie uvedeného rozhodnutia, pričom namietal, že poistné na dôchodkové poistenie za júl 1995 zaplatil už 18.08.1995, teda pred podaním žiadosti o predčasný starobný dôchodok. Zároveň uviedol, že zaplatením dlžného poistného, ktoré uhradil 10.03.2016, mu vznikol preplatok na poistnom. 3. Odporkyňa podala k návrhu na preskúmanie napadnutého rozhodnutia vyjadrenie zo dňa 21.09.2016, v ktorom uviedla, že vzhľadom na to, že navrhovateľ k 10.03.2016 splnil podmienky nároku na predčasný starobný dôchodok, bol mu rozhodnutím č. XXX XXX XXXX X z 12.08.2016 podľa § 67 ods. 1, § 78 ods. 1 a § 82 zákona č. 461/2003 Z.z. o sociálnom poistení v znení neskorších predpisov od 10.03.2016 priznaný predčasný starobný dôchodok v sume 261,40 Eur mesačne. Vzhľadom na uvedené, požiadala odporkyňa, aby tunajší súd nové rozhodnutie č. XXX XXX XXXX X zo dňa 12.08.2016 o priznaní predčasného starobného dôchodku ako vecne správne potvrdil. 4. Navrhovateľ po oboznámení sa s týmto záverom ešte pred pojednávaním, podaním zo dňa 11.10.2016, doručeným súdu dňa 13.10.2016, vzal podaný opravný prostriedok späť a súčasne požiadal o zastavenie konania. 5.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6. Podľa § 492 zákona č. 162/2015 Z. z. Správny súdny poriadok, konania podľa tretej hlavy piatej časti Občianskeho súdneho poriadku začaté predo dňom nadobudnutia účinnosti tohto zákona sa dokončia podľa doterajších predpisov. 7. Podľa § 250l ods. 2 O.s.p., pokiaľ v tejto hlave nie je ustanovené inak, použije sa primerane ustanovenie druhej hlavy s výnimkou § 250a. 8.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9.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10. Vzhľadom na prejav vôle navrhovateľa, spočívajúci v späťvzatí návrhu, súd postupoval podľa § 250d ods. 3 v spojení s § 250h ods. 2 O.s.p. a konanie zastavil. 11.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https://www.kauzis.sk/judikatura/r/ECLI:SK:KSTT:2016:2016200364.1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